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EB8" w:rsidRPr="00FF34A1" w:rsidRDefault="00E82DBC">
      <w:pPr>
        <w:spacing w:after="60"/>
        <w:jc w:val="center"/>
        <w:rPr>
          <w:lang w:val="cs-CZ"/>
        </w:rPr>
      </w:pPr>
      <w:r w:rsidRPr="00FF34A1">
        <w:rPr>
          <w:b/>
          <w:sz w:val="40"/>
          <w:lang w:val="cs-CZ"/>
        </w:rPr>
        <w:t>VŠEOBECNÉ OBCHODNÍ PODMÍNKY</w:t>
      </w:r>
    </w:p>
    <w:p w:rsidR="00753EB8" w:rsidRPr="00FF34A1" w:rsidRDefault="00E82DBC">
      <w:pPr>
        <w:spacing w:after="360"/>
        <w:jc w:val="center"/>
        <w:rPr>
          <w:lang w:val="cs-CZ"/>
        </w:rPr>
      </w:pPr>
      <w:r w:rsidRPr="00FF34A1">
        <w:rPr>
          <w:sz w:val="23"/>
          <w:lang w:val="cs-CZ"/>
        </w:rPr>
        <w:t>internetového obchodu sarkaart.cz</w:t>
      </w:r>
    </w:p>
    <w:p w:rsidR="00753EB8" w:rsidRPr="00FF34A1" w:rsidRDefault="00E82DBC">
      <w:pPr>
        <w:pStyle w:val="Nadpis1"/>
        <w:rPr>
          <w:lang w:val="cs-CZ"/>
        </w:rPr>
      </w:pPr>
      <w:r w:rsidRPr="00FF34A1">
        <w:rPr>
          <w:lang w:val="cs-CZ"/>
        </w:rPr>
        <w:t>1. Základní ustanovení</w:t>
      </w:r>
    </w:p>
    <w:p w:rsidR="00753EB8" w:rsidRPr="00FF34A1" w:rsidRDefault="00E82DBC">
      <w:pPr>
        <w:pStyle w:val="Nadpis2"/>
        <w:rPr>
          <w:lang w:val="cs-CZ"/>
        </w:rPr>
      </w:pPr>
      <w:r w:rsidRPr="00FF34A1">
        <w:rPr>
          <w:lang w:val="cs-CZ"/>
        </w:rPr>
        <w:t>1.1 Prodávající</w:t>
      </w:r>
    </w:p>
    <w:p w:rsidR="00753EB8" w:rsidRPr="00FF34A1" w:rsidRDefault="00E82DBC">
      <w:pPr>
        <w:spacing w:after="20"/>
        <w:rPr>
          <w:lang w:val="cs-CZ"/>
        </w:rPr>
      </w:pPr>
      <w:r w:rsidRPr="00FF34A1">
        <w:rPr>
          <w:lang w:val="cs-CZ"/>
        </w:rPr>
        <w:t>Mgr. Šárka Pham</w:t>
      </w:r>
    </w:p>
    <w:p w:rsidR="00753EB8" w:rsidRPr="00FF34A1" w:rsidRDefault="00E82DBC">
      <w:pPr>
        <w:spacing w:after="20"/>
        <w:rPr>
          <w:lang w:val="cs-CZ"/>
        </w:rPr>
      </w:pPr>
      <w:r w:rsidRPr="00FF34A1">
        <w:rPr>
          <w:lang w:val="cs-CZ"/>
        </w:rPr>
        <w:t>IČO: 04871146</w:t>
      </w:r>
    </w:p>
    <w:p w:rsidR="00753EB8" w:rsidRPr="00FF34A1" w:rsidRDefault="00E82DBC">
      <w:pPr>
        <w:spacing w:after="20"/>
        <w:rPr>
          <w:lang w:val="cs-CZ"/>
        </w:rPr>
      </w:pPr>
      <w:r w:rsidRPr="00FF34A1">
        <w:rPr>
          <w:lang w:val="cs-CZ"/>
        </w:rPr>
        <w:t>sídlo: Ečerova 961/15, 635 00 Brno, Česká republika</w:t>
      </w:r>
    </w:p>
    <w:p w:rsidR="00753EB8" w:rsidRPr="00FF34A1" w:rsidRDefault="00E82DBC">
      <w:pPr>
        <w:spacing w:after="20"/>
        <w:rPr>
          <w:lang w:val="cs-CZ"/>
        </w:rPr>
      </w:pPr>
      <w:r w:rsidRPr="00FF34A1">
        <w:rPr>
          <w:lang w:val="cs-CZ"/>
        </w:rPr>
        <w:t>e-mail: sarka@sarkaart.cz</w:t>
      </w:r>
    </w:p>
    <w:p w:rsidR="00753EB8" w:rsidRPr="00FF34A1" w:rsidRDefault="00E82DBC">
      <w:pPr>
        <w:spacing w:after="20"/>
        <w:rPr>
          <w:lang w:val="cs-CZ"/>
        </w:rPr>
      </w:pPr>
      <w:r w:rsidRPr="00FF34A1">
        <w:rPr>
          <w:lang w:val="cs-CZ"/>
        </w:rPr>
        <w:t>telefon: +420 721 501 727</w:t>
      </w:r>
    </w:p>
    <w:p w:rsidR="00753EB8" w:rsidRPr="00FF34A1" w:rsidRDefault="00E82DBC">
      <w:pPr>
        <w:spacing w:after="120" w:line="259" w:lineRule="auto"/>
        <w:rPr>
          <w:lang w:val="cs-CZ"/>
        </w:rPr>
      </w:pPr>
      <w:r w:rsidRPr="00FF34A1">
        <w:rPr>
          <w:lang w:val="cs-CZ"/>
        </w:rPr>
        <w:t>(dále jen „Prodávající“).</w:t>
      </w:r>
    </w:p>
    <w:p w:rsidR="00753EB8" w:rsidRPr="00FF34A1" w:rsidRDefault="00E82DBC">
      <w:pPr>
        <w:spacing w:after="80" w:line="259" w:lineRule="auto"/>
        <w:rPr>
          <w:lang w:val="cs-CZ"/>
        </w:rPr>
      </w:pPr>
      <w:r w:rsidRPr="00FF34A1">
        <w:rPr>
          <w:b/>
          <w:lang w:val="cs-CZ"/>
        </w:rPr>
        <w:t xml:space="preserve">1.2 </w:t>
      </w:r>
      <w:r w:rsidRPr="00FF34A1">
        <w:rPr>
          <w:lang w:val="cs-CZ"/>
        </w:rPr>
        <w:t xml:space="preserve">Tyto všeobecné obchodní podmínky (dále jen „VOP“) upravují práva a povinnosti vznikající v souvislosti s uzavíráním smluv mezi Prodávající a jejími </w:t>
      </w:r>
      <w:r w:rsidRPr="009628EB">
        <w:rPr>
          <w:lang w:val="cs-CZ"/>
        </w:rPr>
        <w:t>zákazníky prostřednictvím internetového obchodu dostupného na adrese sarkaart.cz (dále jen „E-</w:t>
      </w:r>
      <w:proofErr w:type="spellStart"/>
      <w:r w:rsidRPr="009628EB">
        <w:rPr>
          <w:lang w:val="cs-CZ"/>
        </w:rPr>
        <w:t>shop</w:t>
      </w:r>
      <w:proofErr w:type="spellEnd"/>
      <w:r w:rsidRPr="009628EB">
        <w:rPr>
          <w:lang w:val="cs-CZ"/>
        </w:rPr>
        <w:t>“) a v dalších případech</w:t>
      </w:r>
      <w:r w:rsidRPr="00FF34A1">
        <w:rPr>
          <w:lang w:val="cs-CZ"/>
        </w:rPr>
        <w:t>, kdy je jejich použití mezi stranami sjednáno.</w:t>
      </w:r>
    </w:p>
    <w:p w:rsidR="00753EB8" w:rsidRPr="00FF34A1" w:rsidRDefault="00E82DBC">
      <w:pPr>
        <w:spacing w:after="80" w:line="259" w:lineRule="auto"/>
        <w:rPr>
          <w:lang w:val="cs-CZ"/>
        </w:rPr>
      </w:pPr>
      <w:r w:rsidRPr="00FF34A1">
        <w:rPr>
          <w:b/>
          <w:lang w:val="cs-CZ"/>
        </w:rPr>
        <w:t xml:space="preserve">1.3 </w:t>
      </w:r>
      <w:r w:rsidRPr="00FF34A1">
        <w:rPr>
          <w:lang w:val="cs-CZ"/>
        </w:rPr>
        <w:t>Kupujícím může být spotřebitel nebo podnikatel. Spotřebitelem je fyzická osoba, která mimo rámec své podnikatelské činnosti nebo mimo rámec samostatného výkonu svého povolání uzavírá smlouvu s Prodávající nebo s ní jinak jedná. Ustanovení těchto VOP přiznávající zvláštní práva spotřebitelům se na Kupujícího, který uzavírá smlouvu v souvislosti se svou podnikatelskou činností, použijí pouze tehdy, vyplývá-li to z právních předpisů nebo z výslovné dohody stran.</w:t>
      </w:r>
    </w:p>
    <w:p w:rsidR="00753EB8" w:rsidRPr="00FF34A1" w:rsidRDefault="00E82DBC">
      <w:pPr>
        <w:spacing w:after="80" w:line="259" w:lineRule="auto"/>
        <w:rPr>
          <w:lang w:val="cs-CZ"/>
        </w:rPr>
      </w:pPr>
      <w:r w:rsidRPr="00FF34A1">
        <w:rPr>
          <w:b/>
          <w:lang w:val="cs-CZ"/>
        </w:rPr>
        <w:t xml:space="preserve">1.4 </w:t>
      </w:r>
      <w:r w:rsidRPr="00FF34A1">
        <w:rPr>
          <w:lang w:val="cs-CZ"/>
        </w:rPr>
        <w:t>Nákup v E-</w:t>
      </w:r>
      <w:proofErr w:type="spellStart"/>
      <w:r w:rsidRPr="00FF34A1">
        <w:rPr>
          <w:lang w:val="cs-CZ"/>
        </w:rPr>
        <w:t>shopu</w:t>
      </w:r>
      <w:proofErr w:type="spellEnd"/>
      <w:r w:rsidRPr="00FF34A1">
        <w:rPr>
          <w:lang w:val="cs-CZ"/>
        </w:rPr>
        <w:t xml:space="preserve"> probíhá bez nutnosti vytvoření zákaznického účtu.</w:t>
      </w:r>
    </w:p>
    <w:p w:rsidR="00753EB8" w:rsidRPr="00FF34A1" w:rsidRDefault="00E82DBC">
      <w:pPr>
        <w:spacing w:after="80" w:line="259" w:lineRule="auto"/>
        <w:rPr>
          <w:lang w:val="cs-CZ"/>
        </w:rPr>
      </w:pPr>
      <w:r w:rsidRPr="00FF34A1">
        <w:rPr>
          <w:b/>
          <w:lang w:val="cs-CZ"/>
        </w:rPr>
        <w:t xml:space="preserve">1.5 </w:t>
      </w:r>
      <w:r w:rsidRPr="00FF34A1">
        <w:rPr>
          <w:lang w:val="cs-CZ"/>
        </w:rPr>
        <w:t>E-</w:t>
      </w:r>
      <w:proofErr w:type="spellStart"/>
      <w:r w:rsidRPr="00FF34A1">
        <w:rPr>
          <w:lang w:val="cs-CZ"/>
        </w:rPr>
        <w:t>shop</w:t>
      </w:r>
      <w:proofErr w:type="spellEnd"/>
      <w:r w:rsidRPr="00FF34A1">
        <w:rPr>
          <w:lang w:val="cs-CZ"/>
        </w:rPr>
        <w:t xml:space="preserve"> v současnosti umožňuje dodání zejména do České republiky a Slovenské republiky. Rozhodující jsou země a způsoby dopravy skutečně nabízené Kupujícímu při konkrétní objednávce.</w:t>
      </w:r>
    </w:p>
    <w:p w:rsidR="00753EB8" w:rsidRPr="00FF34A1" w:rsidRDefault="00E82DBC">
      <w:pPr>
        <w:spacing w:after="80" w:line="259" w:lineRule="auto"/>
        <w:rPr>
          <w:lang w:val="cs-CZ"/>
        </w:rPr>
      </w:pPr>
      <w:r w:rsidRPr="00FF34A1">
        <w:rPr>
          <w:b/>
          <w:lang w:val="cs-CZ"/>
        </w:rPr>
        <w:t xml:space="preserve">1.6 </w:t>
      </w:r>
      <w:r w:rsidRPr="00FF34A1">
        <w:rPr>
          <w:lang w:val="cs-CZ"/>
        </w:rPr>
        <w:t>Smlouva je uzavírána v českém jazyce.</w:t>
      </w:r>
    </w:p>
    <w:p w:rsidR="00753EB8" w:rsidRPr="00FF34A1" w:rsidRDefault="00E82DBC">
      <w:pPr>
        <w:spacing w:after="80" w:line="259" w:lineRule="auto"/>
        <w:rPr>
          <w:lang w:val="cs-CZ"/>
        </w:rPr>
      </w:pPr>
      <w:r w:rsidRPr="00FF34A1">
        <w:rPr>
          <w:b/>
          <w:lang w:val="cs-CZ"/>
        </w:rPr>
        <w:t xml:space="preserve">1.7 </w:t>
      </w:r>
      <w:r w:rsidRPr="00FF34A1">
        <w:rPr>
          <w:lang w:val="cs-CZ"/>
        </w:rPr>
        <w:t>Právní vztahy se řídí zejména zákonem č. 89/2012 Sb., občanským zákoníkem, v platném znění, a u spotřebitelů také zákonem č. 634/1992 Sb., o ochraně spotřebitele, v platném znění.</w:t>
      </w:r>
    </w:p>
    <w:p w:rsidR="00753EB8" w:rsidRPr="00FF34A1" w:rsidRDefault="00E82DBC">
      <w:pPr>
        <w:pStyle w:val="Nadpis1"/>
        <w:rPr>
          <w:lang w:val="cs-CZ"/>
        </w:rPr>
      </w:pPr>
      <w:r w:rsidRPr="00FF34A1">
        <w:rPr>
          <w:lang w:val="cs-CZ"/>
        </w:rPr>
        <w:t>2. Nabízené produkty</w:t>
      </w:r>
    </w:p>
    <w:p w:rsidR="00753EB8" w:rsidRPr="00FF34A1" w:rsidRDefault="00E82DBC">
      <w:pPr>
        <w:spacing w:after="80" w:line="259" w:lineRule="auto"/>
        <w:rPr>
          <w:lang w:val="cs-CZ"/>
        </w:rPr>
      </w:pPr>
      <w:r w:rsidRPr="00FF34A1">
        <w:rPr>
          <w:b/>
          <w:lang w:val="cs-CZ"/>
        </w:rPr>
        <w:t xml:space="preserve">2.1 </w:t>
      </w:r>
      <w:r w:rsidRPr="00FF34A1">
        <w:rPr>
          <w:lang w:val="cs-CZ"/>
        </w:rPr>
        <w:t>Prodávající nabízí zejména:</w:t>
      </w:r>
    </w:p>
    <w:p w:rsidR="00753EB8" w:rsidRPr="00FF34A1" w:rsidRDefault="00E82DBC">
      <w:pPr>
        <w:spacing w:after="40"/>
        <w:ind w:left="397" w:hanging="283"/>
        <w:rPr>
          <w:lang w:val="cs-CZ"/>
        </w:rPr>
      </w:pPr>
      <w:r w:rsidRPr="00FF34A1">
        <w:rPr>
          <w:b/>
          <w:lang w:val="cs-CZ"/>
        </w:rPr>
        <w:t xml:space="preserve">a) </w:t>
      </w:r>
      <w:r w:rsidRPr="00FF34A1">
        <w:rPr>
          <w:lang w:val="cs-CZ"/>
        </w:rPr>
        <w:t>originální obrazy a další originální autorská díla</w:t>
      </w:r>
    </w:p>
    <w:p w:rsidR="00753EB8" w:rsidRPr="00FF34A1" w:rsidRDefault="00E82DBC">
      <w:pPr>
        <w:spacing w:after="40"/>
        <w:ind w:left="397" w:hanging="283"/>
        <w:rPr>
          <w:lang w:val="cs-CZ"/>
        </w:rPr>
      </w:pPr>
      <w:r w:rsidRPr="00FF34A1">
        <w:rPr>
          <w:b/>
          <w:lang w:val="cs-CZ"/>
        </w:rPr>
        <w:t xml:space="preserve">b) </w:t>
      </w:r>
      <w:r w:rsidRPr="00FF34A1">
        <w:rPr>
          <w:lang w:val="cs-CZ"/>
        </w:rPr>
        <w:t>fine-art tisky a jiné autorizované reprodukce v otevřených edicích</w:t>
      </w:r>
    </w:p>
    <w:p w:rsidR="00753EB8" w:rsidRPr="00FF34A1" w:rsidRDefault="00E82DBC">
      <w:pPr>
        <w:spacing w:after="40"/>
        <w:ind w:left="397" w:hanging="283"/>
        <w:rPr>
          <w:lang w:val="cs-CZ"/>
        </w:rPr>
      </w:pPr>
      <w:r w:rsidRPr="00FF34A1">
        <w:rPr>
          <w:b/>
          <w:lang w:val="cs-CZ"/>
        </w:rPr>
        <w:t xml:space="preserve">c) </w:t>
      </w:r>
      <w:r w:rsidRPr="00FF34A1">
        <w:rPr>
          <w:lang w:val="cs-CZ"/>
        </w:rPr>
        <w:t>limitované edice tisků</w:t>
      </w:r>
    </w:p>
    <w:p w:rsidR="00753EB8" w:rsidRPr="00FF34A1" w:rsidRDefault="00E82DBC">
      <w:pPr>
        <w:spacing w:after="40"/>
        <w:ind w:left="397" w:hanging="283"/>
        <w:rPr>
          <w:lang w:val="cs-CZ"/>
        </w:rPr>
      </w:pPr>
      <w:r w:rsidRPr="00FF34A1">
        <w:rPr>
          <w:b/>
          <w:lang w:val="cs-CZ"/>
        </w:rPr>
        <w:t xml:space="preserve">d) </w:t>
      </w:r>
      <w:r w:rsidRPr="00FF34A1">
        <w:rPr>
          <w:lang w:val="cs-CZ"/>
        </w:rPr>
        <w:t>další fyzické produkty s autorskými motivy, zejména pohlednice, přání, zápisníky, záložky nebo kalendáře</w:t>
      </w:r>
    </w:p>
    <w:p w:rsidR="00753EB8" w:rsidRPr="00FF34A1" w:rsidRDefault="00E82DBC">
      <w:pPr>
        <w:spacing w:after="40"/>
        <w:ind w:left="397" w:hanging="283"/>
        <w:rPr>
          <w:lang w:val="cs-CZ"/>
        </w:rPr>
      </w:pPr>
      <w:r w:rsidRPr="00FF34A1">
        <w:rPr>
          <w:b/>
          <w:lang w:val="cs-CZ"/>
        </w:rPr>
        <w:t xml:space="preserve">e) </w:t>
      </w:r>
      <w:r w:rsidRPr="00FF34A1">
        <w:rPr>
          <w:lang w:val="cs-CZ"/>
        </w:rPr>
        <w:t>zakázkovou tvorbu obrazů</w:t>
      </w:r>
    </w:p>
    <w:p w:rsidR="00753EB8" w:rsidRPr="00FF34A1" w:rsidRDefault="00E82DBC">
      <w:pPr>
        <w:spacing w:after="40"/>
        <w:ind w:left="397" w:hanging="283"/>
        <w:rPr>
          <w:lang w:val="cs-CZ"/>
        </w:rPr>
      </w:pPr>
      <w:r w:rsidRPr="00FF34A1">
        <w:rPr>
          <w:b/>
          <w:lang w:val="cs-CZ"/>
        </w:rPr>
        <w:t xml:space="preserve">f) </w:t>
      </w:r>
      <w:r w:rsidRPr="00FF34A1">
        <w:rPr>
          <w:lang w:val="cs-CZ"/>
        </w:rPr>
        <w:t>Ceremoniál zpečetění rozhodnutí jako komplexní produkt obsahující fyzickou a digitální část</w:t>
      </w:r>
    </w:p>
    <w:p w:rsidR="00753EB8" w:rsidRPr="00FF34A1" w:rsidRDefault="00E82DBC">
      <w:pPr>
        <w:spacing w:after="40"/>
        <w:ind w:left="397" w:hanging="283"/>
        <w:rPr>
          <w:lang w:val="cs-CZ"/>
        </w:rPr>
      </w:pPr>
      <w:r w:rsidRPr="00FF34A1">
        <w:rPr>
          <w:b/>
          <w:lang w:val="cs-CZ"/>
        </w:rPr>
        <w:t xml:space="preserve">g) </w:t>
      </w:r>
      <w:r w:rsidRPr="00FF34A1">
        <w:rPr>
          <w:lang w:val="cs-CZ"/>
        </w:rPr>
        <w:t>dárkové poukazy</w:t>
      </w:r>
    </w:p>
    <w:p w:rsidR="00753EB8" w:rsidRPr="00FF34A1" w:rsidRDefault="00E82DBC">
      <w:pPr>
        <w:spacing w:after="80" w:line="259" w:lineRule="auto"/>
        <w:rPr>
          <w:lang w:val="cs-CZ"/>
        </w:rPr>
      </w:pPr>
      <w:r w:rsidRPr="00FF34A1">
        <w:rPr>
          <w:b/>
          <w:lang w:val="cs-CZ"/>
        </w:rPr>
        <w:t xml:space="preserve">2.2 </w:t>
      </w:r>
      <w:r w:rsidRPr="00FF34A1">
        <w:rPr>
          <w:lang w:val="cs-CZ"/>
        </w:rPr>
        <w:t>Rozsah nabídky se může průběžně měnit. Pro konkrétní smlouvu je rozhodující popis produktu a nabídka dostupná v okamžiku jejího uzavření.</w:t>
      </w:r>
    </w:p>
    <w:p w:rsidR="00753EB8" w:rsidRPr="00FF34A1" w:rsidRDefault="00E82DBC">
      <w:pPr>
        <w:pStyle w:val="Nadpis1"/>
        <w:rPr>
          <w:lang w:val="cs-CZ"/>
        </w:rPr>
      </w:pPr>
      <w:r w:rsidRPr="00FF34A1">
        <w:rPr>
          <w:lang w:val="cs-CZ"/>
        </w:rPr>
        <w:t>3. Originální obrazy</w:t>
      </w:r>
    </w:p>
    <w:p w:rsidR="00753EB8" w:rsidRPr="00FF34A1" w:rsidRDefault="00E82DBC">
      <w:pPr>
        <w:spacing w:after="80" w:line="259" w:lineRule="auto"/>
        <w:rPr>
          <w:lang w:val="cs-CZ"/>
        </w:rPr>
      </w:pPr>
      <w:r w:rsidRPr="00FF34A1">
        <w:rPr>
          <w:b/>
          <w:lang w:val="cs-CZ"/>
        </w:rPr>
        <w:t xml:space="preserve">3.1 </w:t>
      </w:r>
      <w:r w:rsidRPr="00FF34A1">
        <w:rPr>
          <w:lang w:val="cs-CZ"/>
        </w:rPr>
        <w:t>Originálním obrazem se rozumí jedinečné fyzické autorské dílo vytvořené Prodávající.</w:t>
      </w:r>
    </w:p>
    <w:p w:rsidR="00753EB8" w:rsidRPr="00FF34A1" w:rsidRDefault="00E82DBC">
      <w:pPr>
        <w:spacing w:after="80" w:line="259" w:lineRule="auto"/>
        <w:rPr>
          <w:lang w:val="cs-CZ"/>
        </w:rPr>
      </w:pPr>
      <w:r w:rsidRPr="00FF34A1">
        <w:rPr>
          <w:b/>
          <w:lang w:val="cs-CZ"/>
        </w:rPr>
        <w:t xml:space="preserve">3.2 </w:t>
      </w:r>
      <w:r w:rsidRPr="00FF34A1">
        <w:rPr>
          <w:lang w:val="cs-CZ"/>
        </w:rPr>
        <w:t>Konkrétní originál je prodáván pouze jednomu Kupujícímu.</w:t>
      </w:r>
    </w:p>
    <w:p w:rsidR="00753EB8" w:rsidRPr="00FF34A1" w:rsidRDefault="00E82DBC">
      <w:pPr>
        <w:spacing w:after="80" w:line="259" w:lineRule="auto"/>
        <w:rPr>
          <w:lang w:val="cs-CZ"/>
        </w:rPr>
      </w:pPr>
      <w:r w:rsidRPr="00FF34A1">
        <w:rPr>
          <w:b/>
          <w:lang w:val="cs-CZ"/>
        </w:rPr>
        <w:lastRenderedPageBreak/>
        <w:t xml:space="preserve">3.3 </w:t>
      </w:r>
      <w:r w:rsidRPr="00FF34A1">
        <w:rPr>
          <w:lang w:val="cs-CZ"/>
        </w:rPr>
        <w:t>Koupí originálu nabývá Kupující vlastnické právo k fyzickému exempláři díla. Autorská majetková práva k dílu na Kupujícího nepřecházejí.</w:t>
      </w:r>
    </w:p>
    <w:p w:rsidR="00753EB8" w:rsidRPr="00FF34A1" w:rsidRDefault="00E82DBC">
      <w:pPr>
        <w:spacing w:after="80" w:line="259" w:lineRule="auto"/>
        <w:rPr>
          <w:lang w:val="cs-CZ"/>
        </w:rPr>
      </w:pPr>
      <w:r w:rsidRPr="00FF34A1">
        <w:rPr>
          <w:b/>
          <w:lang w:val="cs-CZ"/>
        </w:rPr>
        <w:t xml:space="preserve">3.4 </w:t>
      </w:r>
      <w:r w:rsidRPr="00FF34A1">
        <w:rPr>
          <w:lang w:val="cs-CZ"/>
        </w:rPr>
        <w:t>Originální obrazy jsou standardně prodávány bez rámu, není-li u konkrétního produktu výslovně uvedeno jinak. Je-li u konkrétního produktu uvedeno, že je obraz prodáván včetně rámu, je rám součástí objednaného produktu.</w:t>
      </w:r>
    </w:p>
    <w:p w:rsidR="00753EB8" w:rsidRPr="00FF34A1" w:rsidRDefault="00E82DBC">
      <w:pPr>
        <w:pStyle w:val="Nadpis1"/>
        <w:rPr>
          <w:lang w:val="cs-CZ"/>
        </w:rPr>
      </w:pPr>
      <w:r w:rsidRPr="00FF34A1">
        <w:rPr>
          <w:lang w:val="cs-CZ"/>
        </w:rPr>
        <w:t>4. Fine-art tisky a otevřené edice</w:t>
      </w:r>
    </w:p>
    <w:p w:rsidR="00753EB8" w:rsidRPr="00FF34A1" w:rsidRDefault="00E82DBC">
      <w:pPr>
        <w:spacing w:after="80" w:line="259" w:lineRule="auto"/>
        <w:rPr>
          <w:lang w:val="cs-CZ"/>
        </w:rPr>
      </w:pPr>
      <w:r w:rsidRPr="00FF34A1">
        <w:rPr>
          <w:b/>
          <w:lang w:val="cs-CZ"/>
        </w:rPr>
        <w:t xml:space="preserve">4.1 </w:t>
      </w:r>
      <w:r w:rsidRPr="00FF34A1">
        <w:rPr>
          <w:lang w:val="cs-CZ"/>
        </w:rPr>
        <w:t>Fine-art tisk je autorizovanou reprodukcí původního autorského díla, nikoli originálním obrazem.</w:t>
      </w:r>
    </w:p>
    <w:p w:rsidR="00753EB8" w:rsidRPr="00FF34A1" w:rsidRDefault="00E82DBC">
      <w:pPr>
        <w:spacing w:after="80" w:line="259" w:lineRule="auto"/>
        <w:rPr>
          <w:lang w:val="cs-CZ"/>
        </w:rPr>
      </w:pPr>
      <w:r w:rsidRPr="00FF34A1">
        <w:rPr>
          <w:b/>
          <w:lang w:val="cs-CZ"/>
        </w:rPr>
        <w:t xml:space="preserve">4.2 </w:t>
      </w:r>
      <w:r w:rsidRPr="00FF34A1">
        <w:rPr>
          <w:lang w:val="cs-CZ"/>
        </w:rPr>
        <w:t>U otevřené edice není počet vyrobených kusů předem omezen.</w:t>
      </w:r>
    </w:p>
    <w:p w:rsidR="00753EB8" w:rsidRPr="00FF34A1" w:rsidRDefault="00E82DBC">
      <w:pPr>
        <w:spacing w:after="80" w:line="259" w:lineRule="auto"/>
        <w:rPr>
          <w:lang w:val="cs-CZ"/>
        </w:rPr>
      </w:pPr>
      <w:r w:rsidRPr="00FF34A1">
        <w:rPr>
          <w:b/>
          <w:lang w:val="cs-CZ"/>
        </w:rPr>
        <w:t xml:space="preserve">4.3 </w:t>
      </w:r>
      <w:r w:rsidRPr="00FF34A1">
        <w:rPr>
          <w:lang w:val="cs-CZ"/>
        </w:rPr>
        <w:t>Fine-art tisk může být vyroben až po objednávce prostřednictvím externí tiskárny. Kupující vybírá z variant předem nabízených Prodávající, zejména z motivu, formátu nebo druhu papíru.</w:t>
      </w:r>
    </w:p>
    <w:p w:rsidR="00753EB8" w:rsidRPr="00FF34A1" w:rsidRDefault="00E82DBC">
      <w:pPr>
        <w:spacing w:after="80" w:line="259" w:lineRule="auto"/>
        <w:rPr>
          <w:lang w:val="cs-CZ"/>
        </w:rPr>
      </w:pPr>
      <w:r w:rsidRPr="00FF34A1">
        <w:rPr>
          <w:b/>
          <w:lang w:val="cs-CZ"/>
        </w:rPr>
        <w:t xml:space="preserve">4.4 </w:t>
      </w:r>
      <w:r w:rsidRPr="00FF34A1">
        <w:rPr>
          <w:lang w:val="cs-CZ"/>
        </w:rPr>
        <w:t>Samotná skutečnost, že je standardní tisk vyroben až po objednávce, z něj nečiní zboží vytvořené podle individuálních požadavků spotřebitele a sama o sobě nevylučuje zákonné právo spotřebitele na odstoupení od smlouvy.</w:t>
      </w:r>
    </w:p>
    <w:p w:rsidR="00753EB8" w:rsidRPr="00FF34A1" w:rsidRDefault="00E82DBC">
      <w:pPr>
        <w:spacing w:after="80" w:line="259" w:lineRule="auto"/>
        <w:rPr>
          <w:lang w:val="cs-CZ"/>
        </w:rPr>
      </w:pPr>
      <w:r w:rsidRPr="00FF34A1">
        <w:rPr>
          <w:b/>
          <w:lang w:val="cs-CZ"/>
        </w:rPr>
        <w:t xml:space="preserve">4.5 </w:t>
      </w:r>
      <w:r w:rsidRPr="00FF34A1">
        <w:rPr>
          <w:lang w:val="cs-CZ"/>
        </w:rPr>
        <w:t>Obvyklá doba zpracování fine-art tisku činí přibližně 10 pracovních dnů, není-li u konkrétního produktu uvedeno jinak. Doba může být ovlivněna zejména aktuální vytížeností externí tiskárny.</w:t>
      </w:r>
    </w:p>
    <w:p w:rsidR="00753EB8" w:rsidRPr="00FF34A1" w:rsidRDefault="00E82DBC">
      <w:pPr>
        <w:pStyle w:val="Nadpis1"/>
        <w:rPr>
          <w:lang w:val="cs-CZ"/>
        </w:rPr>
      </w:pPr>
      <w:r w:rsidRPr="00FF34A1">
        <w:rPr>
          <w:lang w:val="cs-CZ"/>
        </w:rPr>
        <w:t>5. Limitované edice</w:t>
      </w:r>
    </w:p>
    <w:p w:rsidR="00753EB8" w:rsidRPr="00FF34A1" w:rsidRDefault="00E82DBC">
      <w:pPr>
        <w:spacing w:after="80" w:line="259" w:lineRule="auto"/>
        <w:rPr>
          <w:lang w:val="cs-CZ"/>
        </w:rPr>
      </w:pPr>
      <w:r w:rsidRPr="00FF34A1">
        <w:rPr>
          <w:b/>
          <w:lang w:val="cs-CZ"/>
        </w:rPr>
        <w:t xml:space="preserve">5.1 </w:t>
      </w:r>
      <w:r w:rsidRPr="00FF34A1">
        <w:rPr>
          <w:lang w:val="cs-CZ"/>
        </w:rPr>
        <w:t>Limitovaná edice je autorizovanou reprodukcí konkrétního autorského díla vytvořenou v předem stanoveném maximálním počtu kusů.</w:t>
      </w:r>
    </w:p>
    <w:p w:rsidR="00753EB8" w:rsidRPr="00FF34A1" w:rsidRDefault="00E82DBC">
      <w:pPr>
        <w:spacing w:after="80" w:line="259" w:lineRule="auto"/>
        <w:rPr>
          <w:lang w:val="cs-CZ"/>
        </w:rPr>
      </w:pPr>
      <w:r w:rsidRPr="00FF34A1">
        <w:rPr>
          <w:b/>
          <w:lang w:val="cs-CZ"/>
        </w:rPr>
        <w:t xml:space="preserve">5.2 </w:t>
      </w:r>
      <w:r w:rsidRPr="00FF34A1">
        <w:rPr>
          <w:lang w:val="cs-CZ"/>
        </w:rPr>
        <w:t>Jednotlivé kusy limitované edice jsou číslovány, například označením „17/50“, ručně podepsány autorkou a opatřeny certifikátem pravosti.</w:t>
      </w:r>
    </w:p>
    <w:p w:rsidR="00753EB8" w:rsidRPr="00FF34A1" w:rsidRDefault="00E82DBC">
      <w:pPr>
        <w:spacing w:after="80" w:line="259" w:lineRule="auto"/>
        <w:rPr>
          <w:lang w:val="cs-CZ"/>
        </w:rPr>
      </w:pPr>
      <w:r w:rsidRPr="00FF34A1">
        <w:rPr>
          <w:b/>
          <w:lang w:val="cs-CZ"/>
        </w:rPr>
        <w:t xml:space="preserve">5.3 </w:t>
      </w:r>
      <w:r w:rsidRPr="00FF34A1">
        <w:rPr>
          <w:lang w:val="cs-CZ"/>
        </w:rPr>
        <w:t>Certifikát pravosti obsahuje zejména:</w:t>
      </w:r>
    </w:p>
    <w:p w:rsidR="00753EB8" w:rsidRPr="00FF34A1" w:rsidRDefault="00E82DBC">
      <w:pPr>
        <w:spacing w:after="40"/>
        <w:ind w:left="397" w:hanging="283"/>
        <w:rPr>
          <w:lang w:val="cs-CZ"/>
        </w:rPr>
      </w:pPr>
      <w:r w:rsidRPr="00FF34A1">
        <w:rPr>
          <w:b/>
          <w:lang w:val="cs-CZ"/>
        </w:rPr>
        <w:t xml:space="preserve">a) </w:t>
      </w:r>
      <w:r w:rsidRPr="00FF34A1">
        <w:rPr>
          <w:lang w:val="cs-CZ"/>
        </w:rPr>
        <w:t>číslo konkrétního kusu a celkový počet kusů edice</w:t>
      </w:r>
    </w:p>
    <w:p w:rsidR="00753EB8" w:rsidRPr="00FF34A1" w:rsidRDefault="00E82DBC">
      <w:pPr>
        <w:spacing w:after="40"/>
        <w:ind w:left="397" w:hanging="283"/>
        <w:rPr>
          <w:lang w:val="cs-CZ"/>
        </w:rPr>
      </w:pPr>
      <w:r w:rsidRPr="00FF34A1">
        <w:rPr>
          <w:b/>
          <w:lang w:val="cs-CZ"/>
        </w:rPr>
        <w:t xml:space="preserve">b) </w:t>
      </w:r>
      <w:r w:rsidRPr="00FF34A1">
        <w:rPr>
          <w:lang w:val="cs-CZ"/>
        </w:rPr>
        <w:t>název díla</w:t>
      </w:r>
    </w:p>
    <w:p w:rsidR="00753EB8" w:rsidRPr="00FF34A1" w:rsidRDefault="00E82DBC" w:rsidP="00FF34A1">
      <w:pPr>
        <w:spacing w:after="40"/>
        <w:ind w:left="397" w:hanging="283"/>
        <w:rPr>
          <w:lang w:val="cs-CZ"/>
        </w:rPr>
      </w:pPr>
      <w:r w:rsidRPr="00FF34A1">
        <w:rPr>
          <w:b/>
          <w:lang w:val="cs-CZ"/>
        </w:rPr>
        <w:t xml:space="preserve">c) </w:t>
      </w:r>
      <w:r w:rsidRPr="00FF34A1">
        <w:rPr>
          <w:lang w:val="cs-CZ"/>
        </w:rPr>
        <w:t>rok vzniku tisku nebo edice</w:t>
      </w:r>
    </w:p>
    <w:p w:rsidR="00753EB8" w:rsidRPr="00FF34A1" w:rsidRDefault="00A827D2">
      <w:pPr>
        <w:spacing w:after="40"/>
        <w:ind w:left="397" w:hanging="283"/>
        <w:rPr>
          <w:lang w:val="cs-CZ"/>
        </w:rPr>
      </w:pPr>
      <w:r>
        <w:rPr>
          <w:b/>
          <w:lang w:val="cs-CZ"/>
        </w:rPr>
        <w:t>d</w:t>
      </w:r>
      <w:r w:rsidR="00E82DBC" w:rsidRPr="00FF34A1">
        <w:rPr>
          <w:b/>
          <w:lang w:val="cs-CZ"/>
        </w:rPr>
        <w:t xml:space="preserve">) </w:t>
      </w:r>
      <w:r w:rsidR="00E82DBC" w:rsidRPr="00FF34A1">
        <w:rPr>
          <w:lang w:val="cs-CZ"/>
        </w:rPr>
        <w:t>datum podpisu certifikátu</w:t>
      </w:r>
    </w:p>
    <w:p w:rsidR="00753EB8" w:rsidRPr="00FF34A1" w:rsidRDefault="00A827D2">
      <w:pPr>
        <w:spacing w:after="40"/>
        <w:ind w:left="397" w:hanging="283"/>
        <w:rPr>
          <w:lang w:val="cs-CZ"/>
        </w:rPr>
      </w:pPr>
      <w:r>
        <w:rPr>
          <w:b/>
          <w:lang w:val="cs-CZ"/>
        </w:rPr>
        <w:t>e</w:t>
      </w:r>
      <w:r w:rsidR="00E82DBC" w:rsidRPr="00FF34A1">
        <w:rPr>
          <w:b/>
          <w:lang w:val="cs-CZ"/>
        </w:rPr>
        <w:t xml:space="preserve">) </w:t>
      </w:r>
      <w:r w:rsidR="00E82DBC" w:rsidRPr="00FF34A1">
        <w:rPr>
          <w:lang w:val="cs-CZ"/>
        </w:rPr>
        <w:t>podpis autorky</w:t>
      </w:r>
    </w:p>
    <w:p w:rsidR="00753EB8" w:rsidRPr="00FF34A1" w:rsidRDefault="00E82DBC">
      <w:pPr>
        <w:spacing w:after="80" w:line="259" w:lineRule="auto"/>
        <w:rPr>
          <w:lang w:val="cs-CZ"/>
        </w:rPr>
      </w:pPr>
      <w:r w:rsidRPr="00FF34A1">
        <w:rPr>
          <w:b/>
          <w:lang w:val="cs-CZ"/>
        </w:rPr>
        <w:t xml:space="preserve">5.4 </w:t>
      </w:r>
      <w:r w:rsidRPr="00FF34A1">
        <w:rPr>
          <w:lang w:val="cs-CZ"/>
        </w:rPr>
        <w:t>Konkrétní pořadové číslo kusu není Kupujícímu před objednávkou standardně sdělováno a nelze si je rezervovat, není-li výslovně dohodnuto jinak.</w:t>
      </w:r>
    </w:p>
    <w:p w:rsidR="00753EB8" w:rsidRPr="00FF34A1" w:rsidRDefault="00E82DBC">
      <w:pPr>
        <w:spacing w:after="80" w:line="259" w:lineRule="auto"/>
        <w:rPr>
          <w:lang w:val="cs-CZ"/>
        </w:rPr>
      </w:pPr>
      <w:r w:rsidRPr="00FF34A1">
        <w:rPr>
          <w:b/>
          <w:lang w:val="cs-CZ"/>
        </w:rPr>
        <w:t xml:space="preserve">5.5 </w:t>
      </w:r>
      <w:r w:rsidRPr="00FF34A1">
        <w:rPr>
          <w:lang w:val="cs-CZ"/>
        </w:rPr>
        <w:t>Po vyprodání konkrétní limitované edice nebude tato konkrétní edice dále dotiskována. Tím není vyloučeno, aby v budoucnu vznikla nová, samostatně označená edice stejného motivu v odlišném formátu, provedení nebo jiné zřetelně odlišné podobě.</w:t>
      </w:r>
    </w:p>
    <w:p w:rsidR="00753EB8" w:rsidRPr="00FF34A1" w:rsidRDefault="00E82DBC">
      <w:pPr>
        <w:spacing w:after="80" w:line="259" w:lineRule="auto"/>
        <w:rPr>
          <w:lang w:val="cs-CZ"/>
        </w:rPr>
      </w:pPr>
      <w:r w:rsidRPr="00FF34A1">
        <w:rPr>
          <w:b/>
          <w:lang w:val="cs-CZ"/>
        </w:rPr>
        <w:t xml:space="preserve">5.6 </w:t>
      </w:r>
      <w:r w:rsidRPr="00FF34A1">
        <w:rPr>
          <w:lang w:val="cs-CZ"/>
        </w:rPr>
        <w:t>Samotná limitovanost edice nevylučuje zákonné právo spotřebitele odstoupit od smlouvy.</w:t>
      </w:r>
    </w:p>
    <w:p w:rsidR="00753EB8" w:rsidRPr="00FF34A1" w:rsidRDefault="00E82DBC">
      <w:pPr>
        <w:pStyle w:val="Nadpis1"/>
        <w:rPr>
          <w:lang w:val="cs-CZ"/>
        </w:rPr>
      </w:pPr>
      <w:r w:rsidRPr="00FF34A1">
        <w:rPr>
          <w:lang w:val="cs-CZ"/>
        </w:rPr>
        <w:t>6. Vlastnosti a zobrazení produktů</w:t>
      </w:r>
    </w:p>
    <w:p w:rsidR="00753EB8" w:rsidRPr="00FF34A1" w:rsidRDefault="00E82DBC">
      <w:pPr>
        <w:spacing w:after="80" w:line="259" w:lineRule="auto"/>
        <w:rPr>
          <w:lang w:val="cs-CZ"/>
        </w:rPr>
      </w:pPr>
      <w:r w:rsidRPr="00FF34A1">
        <w:rPr>
          <w:b/>
          <w:lang w:val="cs-CZ"/>
        </w:rPr>
        <w:t xml:space="preserve">6.1 </w:t>
      </w:r>
      <w:r w:rsidRPr="00FF34A1">
        <w:rPr>
          <w:lang w:val="cs-CZ"/>
        </w:rPr>
        <w:t>Hlavní vlastnosti jednotlivých produktů, zejména jejich rozměry, materiál, provedení a další relevantní informace, jsou uvedeny u konkrétního produktu.</w:t>
      </w:r>
    </w:p>
    <w:p w:rsidR="00753EB8" w:rsidRPr="00FF34A1" w:rsidRDefault="00E82DBC">
      <w:pPr>
        <w:spacing w:after="80" w:line="259" w:lineRule="auto"/>
        <w:rPr>
          <w:lang w:val="cs-CZ"/>
        </w:rPr>
      </w:pPr>
      <w:r w:rsidRPr="00FF34A1">
        <w:rPr>
          <w:b/>
          <w:lang w:val="cs-CZ"/>
        </w:rPr>
        <w:t xml:space="preserve">6.2 </w:t>
      </w:r>
      <w:r w:rsidRPr="00FF34A1">
        <w:rPr>
          <w:lang w:val="cs-CZ"/>
        </w:rPr>
        <w:t>Barevné zobrazení produktu na obrazovce se může přiměřeně lišit od skutečnosti zejména v důsledku nastavení obrazovky, osvětlení při fotografování, fotografického zpracování, vlastností papíru nebo použité tiskové technologie. Přiměřená odchylka způsobená těmito okolnostmi sama o sobě nepředstavuje vadu. Tím není dotčena odpovědnost Prodávající za skutečnou tiskovou, výrobní nebo jinou vadu.</w:t>
      </w:r>
    </w:p>
    <w:p w:rsidR="00753EB8" w:rsidRPr="00FF34A1" w:rsidRDefault="00E82DBC">
      <w:pPr>
        <w:spacing w:after="80" w:line="259" w:lineRule="auto"/>
        <w:rPr>
          <w:lang w:val="cs-CZ"/>
        </w:rPr>
      </w:pPr>
      <w:r w:rsidRPr="00FF34A1">
        <w:rPr>
          <w:b/>
          <w:lang w:val="cs-CZ"/>
        </w:rPr>
        <w:t xml:space="preserve">6.3 </w:t>
      </w:r>
      <w:r w:rsidRPr="00FF34A1">
        <w:rPr>
          <w:lang w:val="cs-CZ"/>
        </w:rPr>
        <w:t>U originálních a ručně vytvářených děl se mohou vyskytovat přirozené individuální vlastnosti vyplývající z použité výtvarné techniky, materiálu a ručního tvůrčího procesu.</w:t>
      </w:r>
    </w:p>
    <w:p w:rsidR="00753EB8" w:rsidRPr="00FF34A1" w:rsidRDefault="00E82DBC">
      <w:pPr>
        <w:pStyle w:val="Nadpis1"/>
        <w:rPr>
          <w:lang w:val="cs-CZ"/>
        </w:rPr>
      </w:pPr>
      <w:r w:rsidRPr="00FF34A1">
        <w:rPr>
          <w:lang w:val="cs-CZ"/>
        </w:rPr>
        <w:lastRenderedPageBreak/>
        <w:t>7. Ceny a minimální hodnota objednávky</w:t>
      </w:r>
    </w:p>
    <w:p w:rsidR="00753EB8" w:rsidRPr="00FF34A1" w:rsidRDefault="00E82DBC">
      <w:pPr>
        <w:spacing w:after="80" w:line="259" w:lineRule="auto"/>
        <w:rPr>
          <w:lang w:val="cs-CZ"/>
        </w:rPr>
      </w:pPr>
      <w:r w:rsidRPr="00FF34A1">
        <w:rPr>
          <w:b/>
          <w:lang w:val="cs-CZ"/>
        </w:rPr>
        <w:t xml:space="preserve">7.1 </w:t>
      </w:r>
      <w:r w:rsidRPr="00FF34A1">
        <w:rPr>
          <w:lang w:val="cs-CZ"/>
        </w:rPr>
        <w:t>Ceny uvedené v E-</w:t>
      </w:r>
      <w:proofErr w:type="spellStart"/>
      <w:r w:rsidRPr="00FF34A1">
        <w:rPr>
          <w:lang w:val="cs-CZ"/>
        </w:rPr>
        <w:t>shopu</w:t>
      </w:r>
      <w:proofErr w:type="spellEnd"/>
      <w:r w:rsidRPr="00FF34A1">
        <w:rPr>
          <w:lang w:val="cs-CZ"/>
        </w:rPr>
        <w:t xml:space="preserve"> jsou konečnými cenami pro spotřebitele. Prodávající aktuálně není plátcem DPH.</w:t>
      </w:r>
    </w:p>
    <w:p w:rsidR="00753EB8" w:rsidRPr="00FF34A1" w:rsidRDefault="00E82DBC">
      <w:pPr>
        <w:spacing w:after="80" w:line="259" w:lineRule="auto"/>
        <w:rPr>
          <w:lang w:val="cs-CZ"/>
        </w:rPr>
      </w:pPr>
      <w:r w:rsidRPr="00FF34A1">
        <w:rPr>
          <w:b/>
          <w:lang w:val="cs-CZ"/>
        </w:rPr>
        <w:t xml:space="preserve">7.2 </w:t>
      </w:r>
      <w:r w:rsidRPr="00FF34A1">
        <w:rPr>
          <w:lang w:val="cs-CZ"/>
        </w:rPr>
        <w:t>K ceně produktu může být připočtena cena dopravy nebo jiné náklady, o jejichž výši je Kupující informován před odesláním objednávky.</w:t>
      </w:r>
    </w:p>
    <w:p w:rsidR="00753EB8" w:rsidRPr="00FF34A1" w:rsidRDefault="00E82DBC">
      <w:pPr>
        <w:spacing w:after="80" w:line="259" w:lineRule="auto"/>
        <w:rPr>
          <w:lang w:val="cs-CZ"/>
        </w:rPr>
      </w:pPr>
      <w:r w:rsidRPr="00FF34A1">
        <w:rPr>
          <w:b/>
          <w:lang w:val="cs-CZ"/>
        </w:rPr>
        <w:t xml:space="preserve">7.3 </w:t>
      </w:r>
      <w:r w:rsidRPr="00FF34A1">
        <w:rPr>
          <w:lang w:val="cs-CZ"/>
        </w:rPr>
        <w:t>Cena dopravy může zahrnovat rovněž náklady na balení a související logistické náklady a nemusí být totožná s částkou účtovanou Prodávající konkrétním dopravcem.</w:t>
      </w:r>
    </w:p>
    <w:p w:rsidR="00753EB8" w:rsidRPr="00FF34A1" w:rsidRDefault="00E82DBC">
      <w:pPr>
        <w:spacing w:after="80" w:line="259" w:lineRule="auto"/>
        <w:rPr>
          <w:lang w:val="cs-CZ"/>
        </w:rPr>
      </w:pPr>
      <w:r w:rsidRPr="00FF34A1">
        <w:rPr>
          <w:b/>
          <w:lang w:val="cs-CZ"/>
        </w:rPr>
        <w:t xml:space="preserve">7.4 </w:t>
      </w:r>
      <w:r w:rsidRPr="00FF34A1">
        <w:rPr>
          <w:lang w:val="cs-CZ"/>
        </w:rPr>
        <w:t>E-</w:t>
      </w:r>
      <w:proofErr w:type="spellStart"/>
      <w:r w:rsidRPr="00FF34A1">
        <w:rPr>
          <w:lang w:val="cs-CZ"/>
        </w:rPr>
        <w:t>shop</w:t>
      </w:r>
      <w:proofErr w:type="spellEnd"/>
      <w:r w:rsidRPr="00FF34A1">
        <w:rPr>
          <w:lang w:val="cs-CZ"/>
        </w:rPr>
        <w:t xml:space="preserve"> může stanovit minimální hodnotu zboží v objednávce. Aktuální minimální hodnota je Kupujícímu zobrazena před dokončením objednávky. Pro konkrétní objednávku je rozhodující částka zobrazená Kupujícímu v okamžiku odeslání objednávky.</w:t>
      </w:r>
    </w:p>
    <w:p w:rsidR="00753EB8" w:rsidRPr="00FF34A1" w:rsidRDefault="00E82DBC">
      <w:pPr>
        <w:pStyle w:val="Nadpis1"/>
        <w:rPr>
          <w:lang w:val="cs-CZ"/>
        </w:rPr>
      </w:pPr>
      <w:r w:rsidRPr="00FF34A1">
        <w:rPr>
          <w:lang w:val="cs-CZ"/>
        </w:rPr>
        <w:t>8. Objednávka a uzavření smlouvy</w:t>
      </w:r>
    </w:p>
    <w:p w:rsidR="00753EB8" w:rsidRPr="00FF34A1" w:rsidRDefault="00E82DBC">
      <w:pPr>
        <w:spacing w:after="80" w:line="259" w:lineRule="auto"/>
        <w:rPr>
          <w:lang w:val="cs-CZ"/>
        </w:rPr>
      </w:pPr>
      <w:r w:rsidRPr="00FF34A1">
        <w:rPr>
          <w:b/>
          <w:lang w:val="cs-CZ"/>
        </w:rPr>
        <w:t xml:space="preserve">8.1 </w:t>
      </w:r>
      <w:r w:rsidRPr="00FF34A1">
        <w:rPr>
          <w:lang w:val="cs-CZ"/>
        </w:rPr>
        <w:t>Kupující vloží vybrané produkty do košíku, zadá požadované údaje a zvolí z dostupných možností způsob dopravy.</w:t>
      </w:r>
    </w:p>
    <w:p w:rsidR="00753EB8" w:rsidRPr="00FF34A1" w:rsidRDefault="00E82DBC">
      <w:pPr>
        <w:spacing w:after="80" w:line="259" w:lineRule="auto"/>
        <w:rPr>
          <w:lang w:val="cs-CZ"/>
        </w:rPr>
      </w:pPr>
      <w:r w:rsidRPr="00FF34A1">
        <w:rPr>
          <w:b/>
          <w:lang w:val="cs-CZ"/>
        </w:rPr>
        <w:t xml:space="preserve">8.2 </w:t>
      </w:r>
      <w:r w:rsidRPr="00FF34A1">
        <w:rPr>
          <w:lang w:val="cs-CZ"/>
        </w:rPr>
        <w:t>Před odesláním objednávky má Kupující možnost zkontrolovat a opravit zadané údaje, upravit obsah košíku a změnit další dostupné parametry objednávky.</w:t>
      </w:r>
    </w:p>
    <w:p w:rsidR="00753EB8" w:rsidRPr="00FF34A1" w:rsidRDefault="00E82DBC">
      <w:pPr>
        <w:spacing w:after="80" w:line="259" w:lineRule="auto"/>
        <w:rPr>
          <w:lang w:val="cs-CZ"/>
        </w:rPr>
      </w:pPr>
      <w:r w:rsidRPr="00FF34A1">
        <w:rPr>
          <w:b/>
          <w:lang w:val="cs-CZ"/>
        </w:rPr>
        <w:t xml:space="preserve">8.3 </w:t>
      </w:r>
      <w:r w:rsidRPr="00FF34A1">
        <w:rPr>
          <w:lang w:val="cs-CZ"/>
        </w:rPr>
        <w:t>Objednávka je odeslána stisknutím tlačítka „Objednat s povinností platby“ nebo jiného stejně jednoznačného označení vyjadřujícího povinnost objednávku zaplatit.</w:t>
      </w:r>
    </w:p>
    <w:p w:rsidR="00753EB8" w:rsidRPr="00FF34A1" w:rsidRDefault="00E82DBC">
      <w:pPr>
        <w:spacing w:after="80" w:line="259" w:lineRule="auto"/>
        <w:rPr>
          <w:lang w:val="cs-CZ"/>
        </w:rPr>
      </w:pPr>
      <w:r w:rsidRPr="00FF34A1">
        <w:rPr>
          <w:b/>
          <w:lang w:val="cs-CZ"/>
        </w:rPr>
        <w:t xml:space="preserve">8.4 </w:t>
      </w:r>
      <w:r w:rsidRPr="00FF34A1">
        <w:rPr>
          <w:lang w:val="cs-CZ"/>
        </w:rPr>
        <w:t>Odesláním objednávky činí Kupující závazný návrh na uzavření smlouvy.</w:t>
      </w:r>
    </w:p>
    <w:p w:rsidR="00753EB8" w:rsidRPr="00FF34A1" w:rsidRDefault="00E82DBC">
      <w:pPr>
        <w:spacing w:after="80" w:line="259" w:lineRule="auto"/>
        <w:rPr>
          <w:lang w:val="cs-CZ"/>
        </w:rPr>
      </w:pPr>
      <w:r w:rsidRPr="00FF34A1">
        <w:rPr>
          <w:b/>
          <w:lang w:val="cs-CZ"/>
        </w:rPr>
        <w:t xml:space="preserve">8.5 </w:t>
      </w:r>
      <w:r w:rsidRPr="00FF34A1">
        <w:rPr>
          <w:lang w:val="cs-CZ"/>
        </w:rPr>
        <w:t>Po obdržení objednávky zašle E-</w:t>
      </w:r>
      <w:proofErr w:type="spellStart"/>
      <w:r w:rsidRPr="00FF34A1">
        <w:rPr>
          <w:lang w:val="cs-CZ"/>
        </w:rPr>
        <w:t>shop</w:t>
      </w:r>
      <w:proofErr w:type="spellEnd"/>
      <w:r w:rsidRPr="00FF34A1">
        <w:rPr>
          <w:lang w:val="cs-CZ"/>
        </w:rPr>
        <w:t xml:space="preserve"> na e-mailovou adresu uvedenou Kupujícím automatické potvrzení o přijetí objednávky.</w:t>
      </w:r>
    </w:p>
    <w:p w:rsidR="00753EB8" w:rsidRPr="00FF34A1" w:rsidRDefault="00E82DBC">
      <w:pPr>
        <w:spacing w:after="80" w:line="259" w:lineRule="auto"/>
        <w:rPr>
          <w:lang w:val="cs-CZ"/>
        </w:rPr>
      </w:pPr>
      <w:r w:rsidRPr="00FF34A1">
        <w:rPr>
          <w:b/>
          <w:lang w:val="cs-CZ"/>
        </w:rPr>
        <w:t xml:space="preserve">8.6 </w:t>
      </w:r>
      <w:r w:rsidRPr="00FF34A1">
        <w:rPr>
          <w:lang w:val="cs-CZ"/>
        </w:rPr>
        <w:t>Smlouva je uzavřena okamžikem doručení tohoto automatického potvrzení o přijetí objednávky na e-mailovou adresu Kupujícího. Automatické potvrzení tedy představuje přijetí objednávky Prodávající.</w:t>
      </w:r>
    </w:p>
    <w:p w:rsidR="00753EB8" w:rsidRPr="00FF34A1" w:rsidRDefault="00E82DBC">
      <w:pPr>
        <w:spacing w:after="80" w:line="259" w:lineRule="auto"/>
        <w:rPr>
          <w:lang w:val="cs-CZ"/>
        </w:rPr>
      </w:pPr>
      <w:r w:rsidRPr="00FF34A1">
        <w:rPr>
          <w:b/>
          <w:lang w:val="cs-CZ"/>
        </w:rPr>
        <w:t xml:space="preserve">8.7 </w:t>
      </w:r>
      <w:r w:rsidRPr="00FF34A1">
        <w:rPr>
          <w:lang w:val="cs-CZ"/>
        </w:rPr>
        <w:t>Prodávající poskytne spotřebiteli potvrzení o uzavřené smlouvě a smluvní informace, které je povinna podle právních předpisů poskytnout v textové podobě, v přiměřené době po uzavření smlouvy, nejpozději ve lhůtě stanovené právními předpisy.</w:t>
      </w:r>
    </w:p>
    <w:p w:rsidR="00753EB8" w:rsidRPr="00FF34A1" w:rsidRDefault="00E82DBC">
      <w:pPr>
        <w:spacing w:after="80" w:line="259" w:lineRule="auto"/>
        <w:rPr>
          <w:lang w:val="cs-CZ"/>
        </w:rPr>
      </w:pPr>
      <w:r w:rsidRPr="00FF34A1">
        <w:rPr>
          <w:b/>
          <w:lang w:val="cs-CZ"/>
        </w:rPr>
        <w:t xml:space="preserve">8.8 </w:t>
      </w:r>
      <w:r w:rsidRPr="00FF34A1">
        <w:rPr>
          <w:lang w:val="cs-CZ"/>
        </w:rPr>
        <w:t>E-mail zasílaný po ověření platby nepředstavuje vznik smlouvy. Informuje zejména o ověření přijaté platby a zahájení zpracování objednávky.</w:t>
      </w:r>
    </w:p>
    <w:p w:rsidR="00753EB8" w:rsidRPr="00FF34A1" w:rsidRDefault="00E82DBC">
      <w:pPr>
        <w:spacing w:after="80" w:line="259" w:lineRule="auto"/>
        <w:rPr>
          <w:lang w:val="cs-CZ"/>
        </w:rPr>
      </w:pPr>
      <w:r w:rsidRPr="00FF34A1">
        <w:rPr>
          <w:b/>
          <w:lang w:val="cs-CZ"/>
        </w:rPr>
        <w:t xml:space="preserve">8.9 </w:t>
      </w:r>
      <w:r w:rsidRPr="00FF34A1">
        <w:rPr>
          <w:lang w:val="cs-CZ"/>
        </w:rPr>
        <w:t>Objednávku a související smluvní údaje Prodávající uchovává v elektronické podobě v rozsahu a po dobu odpovídající jejím právním povinnostem. Kupující nemá přímý přístup do interního archivu Prodávající.</w:t>
      </w:r>
    </w:p>
    <w:p w:rsidR="00753EB8" w:rsidRPr="00FF34A1" w:rsidRDefault="00E82DBC">
      <w:pPr>
        <w:pStyle w:val="Nadpis1"/>
        <w:rPr>
          <w:lang w:val="cs-CZ"/>
        </w:rPr>
      </w:pPr>
      <w:r w:rsidRPr="00FF34A1">
        <w:rPr>
          <w:lang w:val="cs-CZ"/>
        </w:rPr>
        <w:t>9. Platební podmínky</w:t>
      </w:r>
    </w:p>
    <w:p w:rsidR="00753EB8" w:rsidRPr="00FF34A1" w:rsidRDefault="00E82DBC">
      <w:pPr>
        <w:spacing w:after="80" w:line="259" w:lineRule="auto"/>
        <w:rPr>
          <w:lang w:val="cs-CZ"/>
        </w:rPr>
      </w:pPr>
      <w:r w:rsidRPr="00FF34A1">
        <w:rPr>
          <w:b/>
          <w:lang w:val="cs-CZ"/>
        </w:rPr>
        <w:t xml:space="preserve">9.1 </w:t>
      </w:r>
      <w:r w:rsidRPr="00FF34A1">
        <w:rPr>
          <w:lang w:val="cs-CZ"/>
        </w:rPr>
        <w:t>Objednávku lze standardně uhradit bankovním převodem, včetně platby prostřednictvím QR kódu, případně jiným způsobem výslovně nabízeným v E-</w:t>
      </w:r>
      <w:proofErr w:type="spellStart"/>
      <w:r w:rsidRPr="00FF34A1">
        <w:rPr>
          <w:lang w:val="cs-CZ"/>
        </w:rPr>
        <w:t>shopu</w:t>
      </w:r>
      <w:proofErr w:type="spellEnd"/>
      <w:r w:rsidRPr="00FF34A1">
        <w:rPr>
          <w:lang w:val="cs-CZ"/>
        </w:rPr>
        <w:t>. Dobírka není standardně nabízena.</w:t>
      </w:r>
    </w:p>
    <w:p w:rsidR="00753EB8" w:rsidRPr="00FF34A1" w:rsidRDefault="00E82DBC">
      <w:pPr>
        <w:spacing w:after="80" w:line="259" w:lineRule="auto"/>
        <w:rPr>
          <w:lang w:val="cs-CZ"/>
        </w:rPr>
      </w:pPr>
      <w:r w:rsidRPr="00FF34A1">
        <w:rPr>
          <w:b/>
          <w:lang w:val="cs-CZ"/>
        </w:rPr>
        <w:t xml:space="preserve">9.2 </w:t>
      </w:r>
      <w:r w:rsidRPr="00FF34A1">
        <w:rPr>
          <w:lang w:val="cs-CZ"/>
        </w:rPr>
        <w:t>Není-li sjednáno jinak, musí být celá cena objednávky připsána na účet Prodávající nejpozději do 48 hodin od uzavření smlouvy.</w:t>
      </w:r>
    </w:p>
    <w:p w:rsidR="00753EB8" w:rsidRPr="00FF34A1" w:rsidRDefault="00E82DBC">
      <w:pPr>
        <w:spacing w:after="80" w:line="259" w:lineRule="auto"/>
        <w:rPr>
          <w:lang w:val="cs-CZ"/>
        </w:rPr>
      </w:pPr>
      <w:r w:rsidRPr="00FF34A1">
        <w:rPr>
          <w:b/>
          <w:lang w:val="cs-CZ"/>
        </w:rPr>
        <w:t xml:space="preserve">9.3 </w:t>
      </w:r>
      <w:r w:rsidRPr="00FF34A1">
        <w:rPr>
          <w:lang w:val="cs-CZ"/>
        </w:rPr>
        <w:t>Kupní cena je uhrazena okamžikem připsání příslušné částky na účet Prodávající. Samotné odeslání platby Kupujícím není jejím uhrazením.</w:t>
      </w:r>
    </w:p>
    <w:p w:rsidR="00753EB8" w:rsidRPr="00FF34A1" w:rsidRDefault="00E82DBC">
      <w:pPr>
        <w:spacing w:after="80" w:line="259" w:lineRule="auto"/>
        <w:rPr>
          <w:lang w:val="cs-CZ"/>
        </w:rPr>
      </w:pPr>
      <w:r w:rsidRPr="00FF34A1">
        <w:rPr>
          <w:b/>
          <w:lang w:val="cs-CZ"/>
        </w:rPr>
        <w:t xml:space="preserve">9.4 </w:t>
      </w:r>
      <w:r w:rsidRPr="00FF34A1">
        <w:rPr>
          <w:lang w:val="cs-CZ"/>
        </w:rPr>
        <w:t>Po ověření přijetí platby začne Prodávající objednávku bez zbytečného odkladu zpracovávat.</w:t>
      </w:r>
    </w:p>
    <w:p w:rsidR="00753EB8" w:rsidRPr="00FF34A1" w:rsidRDefault="00E82DBC">
      <w:pPr>
        <w:spacing w:after="80" w:line="259" w:lineRule="auto"/>
        <w:rPr>
          <w:lang w:val="cs-CZ"/>
        </w:rPr>
      </w:pPr>
      <w:r w:rsidRPr="00FF34A1">
        <w:rPr>
          <w:b/>
          <w:lang w:val="cs-CZ"/>
        </w:rPr>
        <w:t xml:space="preserve">9.5 </w:t>
      </w:r>
      <w:r w:rsidRPr="00FF34A1">
        <w:rPr>
          <w:lang w:val="cs-CZ"/>
        </w:rPr>
        <w:t>Není-li kupní cena připsána ve sjednané lhůtě, je Kupující v prodlení a Prodávající je oprávněna od smlouvy odstoupit.</w:t>
      </w:r>
    </w:p>
    <w:p w:rsidR="00753EB8" w:rsidRPr="00FF34A1" w:rsidRDefault="00E82DBC">
      <w:pPr>
        <w:spacing w:after="80" w:line="259" w:lineRule="auto"/>
        <w:rPr>
          <w:lang w:val="cs-CZ"/>
        </w:rPr>
      </w:pPr>
      <w:r w:rsidRPr="00FF34A1">
        <w:rPr>
          <w:b/>
          <w:lang w:val="cs-CZ"/>
        </w:rPr>
        <w:t xml:space="preserve">9.6 </w:t>
      </w:r>
      <w:r w:rsidRPr="00FF34A1">
        <w:rPr>
          <w:lang w:val="cs-CZ"/>
        </w:rPr>
        <w:t>Prodávající není povinna před odstoupením z důvodu nezaplacení poskytnout Kupujícímu dodatečnou lhůtu. Podle svého uvážení však může Kupujícího na nezaplacení upozornit a dodatečnou lhůtu mu poskytnout.</w:t>
      </w:r>
    </w:p>
    <w:p w:rsidR="00753EB8" w:rsidRPr="00FF34A1" w:rsidRDefault="00E82DBC">
      <w:pPr>
        <w:spacing w:after="80" w:line="259" w:lineRule="auto"/>
        <w:rPr>
          <w:lang w:val="cs-CZ"/>
        </w:rPr>
      </w:pPr>
      <w:r w:rsidRPr="00FF34A1">
        <w:rPr>
          <w:b/>
          <w:lang w:val="cs-CZ"/>
        </w:rPr>
        <w:t xml:space="preserve">9.7 </w:t>
      </w:r>
      <w:r w:rsidRPr="00FF34A1">
        <w:rPr>
          <w:lang w:val="cs-CZ"/>
        </w:rPr>
        <w:t>O odstoupení Prodávající Kupujícího informuje na e-mailovou adresu uvedenou v objednávce.</w:t>
      </w:r>
    </w:p>
    <w:p w:rsidR="00753EB8" w:rsidRPr="00FF34A1" w:rsidRDefault="00E82DBC">
      <w:pPr>
        <w:spacing w:after="80" w:line="259" w:lineRule="auto"/>
        <w:rPr>
          <w:lang w:val="cs-CZ"/>
        </w:rPr>
      </w:pPr>
      <w:r w:rsidRPr="00FF34A1">
        <w:rPr>
          <w:b/>
          <w:lang w:val="cs-CZ"/>
        </w:rPr>
        <w:lastRenderedPageBreak/>
        <w:t xml:space="preserve">9.8 </w:t>
      </w:r>
      <w:r w:rsidRPr="00FF34A1">
        <w:rPr>
          <w:lang w:val="cs-CZ"/>
        </w:rPr>
        <w:t>Dokud Prodávající od smlouvy neodstoupila, může podle okolností přijmout také opožděnou platbu, není však povinna tak učinit.</w:t>
      </w:r>
    </w:p>
    <w:p w:rsidR="00753EB8" w:rsidRPr="00FF34A1" w:rsidRDefault="00E82DBC">
      <w:pPr>
        <w:spacing w:after="80" w:line="259" w:lineRule="auto"/>
        <w:rPr>
          <w:lang w:val="cs-CZ"/>
        </w:rPr>
      </w:pPr>
      <w:r w:rsidRPr="00FF34A1">
        <w:rPr>
          <w:b/>
          <w:lang w:val="cs-CZ"/>
        </w:rPr>
        <w:t xml:space="preserve">9.9 </w:t>
      </w:r>
      <w:r w:rsidRPr="00FF34A1">
        <w:rPr>
          <w:lang w:val="cs-CZ"/>
        </w:rPr>
        <w:t>Je-li opožděná platba připsána až po zániku smlouvy a Prodávající se s Kupujícím nedohodne na pokračování nebo novém smluvním vztahu, vrátí přijatou platbu bez zbytečného odkladu.</w:t>
      </w:r>
    </w:p>
    <w:p w:rsidR="00753EB8" w:rsidRPr="00FF34A1" w:rsidRDefault="00E82DBC">
      <w:pPr>
        <w:pStyle w:val="Nadpis1"/>
        <w:rPr>
          <w:lang w:val="cs-CZ"/>
        </w:rPr>
      </w:pPr>
      <w:r w:rsidRPr="00FF34A1">
        <w:rPr>
          <w:lang w:val="cs-CZ"/>
        </w:rPr>
        <w:t>10. Rezervace originálu</w:t>
      </w:r>
    </w:p>
    <w:p w:rsidR="00753EB8" w:rsidRPr="00FF34A1" w:rsidRDefault="00E82DBC">
      <w:pPr>
        <w:spacing w:after="80" w:line="259" w:lineRule="auto"/>
        <w:rPr>
          <w:lang w:val="cs-CZ"/>
        </w:rPr>
      </w:pPr>
      <w:r w:rsidRPr="00FF34A1">
        <w:rPr>
          <w:b/>
          <w:lang w:val="cs-CZ"/>
        </w:rPr>
        <w:t xml:space="preserve">10.1 </w:t>
      </w:r>
      <w:r w:rsidRPr="00FF34A1">
        <w:rPr>
          <w:lang w:val="cs-CZ"/>
        </w:rPr>
        <w:t>Po uzavření smlouvy je objednaný originál rezervován pro Kupujícího.</w:t>
      </w:r>
    </w:p>
    <w:p w:rsidR="00753EB8" w:rsidRPr="00FF34A1" w:rsidRDefault="00E82DBC">
      <w:pPr>
        <w:spacing w:after="80" w:line="259" w:lineRule="auto"/>
        <w:rPr>
          <w:lang w:val="cs-CZ"/>
        </w:rPr>
      </w:pPr>
      <w:r w:rsidRPr="00FF34A1">
        <w:rPr>
          <w:b/>
          <w:lang w:val="cs-CZ"/>
        </w:rPr>
        <w:t xml:space="preserve">10.2 </w:t>
      </w:r>
      <w:r w:rsidRPr="00FF34A1">
        <w:rPr>
          <w:lang w:val="cs-CZ"/>
        </w:rPr>
        <w:t>Pokud Kupující cenu neuhradí ve sjednané lhůtě a Prodávající od smlouvy odstoupí, rezervace zaniká a originál může být nabídnut jiné osobě.</w:t>
      </w:r>
    </w:p>
    <w:p w:rsidR="00753EB8" w:rsidRPr="00FF34A1" w:rsidRDefault="00E82DBC">
      <w:pPr>
        <w:pStyle w:val="Nadpis1"/>
        <w:rPr>
          <w:lang w:val="cs-CZ"/>
        </w:rPr>
      </w:pPr>
      <w:r w:rsidRPr="00FF34A1">
        <w:rPr>
          <w:lang w:val="cs-CZ"/>
        </w:rPr>
        <w:t>11. Zjevná technická chyba a nemožnost plnění</w:t>
      </w:r>
    </w:p>
    <w:p w:rsidR="00753EB8" w:rsidRPr="00FF34A1" w:rsidRDefault="00E82DBC">
      <w:pPr>
        <w:spacing w:after="80" w:line="259" w:lineRule="auto"/>
        <w:rPr>
          <w:lang w:val="cs-CZ"/>
        </w:rPr>
      </w:pPr>
      <w:r w:rsidRPr="00FF34A1">
        <w:rPr>
          <w:b/>
          <w:lang w:val="cs-CZ"/>
        </w:rPr>
        <w:t>11.</w:t>
      </w:r>
      <w:r w:rsidR="00A827D2">
        <w:rPr>
          <w:b/>
          <w:lang w:val="cs-CZ"/>
        </w:rPr>
        <w:t>1</w:t>
      </w:r>
      <w:r w:rsidR="000C6B8C">
        <w:rPr>
          <w:b/>
          <w:lang w:val="cs-CZ"/>
        </w:rPr>
        <w:t xml:space="preserve"> </w:t>
      </w:r>
      <w:r w:rsidR="000C6B8C" w:rsidRPr="000C6B8C">
        <w:rPr>
          <w:lang w:val="cs-CZ"/>
        </w:rPr>
        <w:t>Pokud je údaj o ceně, dostupnosti nebo jiném podstatném parametru produktu výsledkem technické, administrativní nebo jiné zjevné chyby, posoudí se právní následky podle okolností konkrétního případu a příslušných ustanovení občanského zákoníku, zejména s přihlédnutím k tomu, zda Kupující o nesprávnosti údaje věděl nebo ji s ohledem na okolnosti mohl rozpoznat. Prodávající Kupujícího o zjištěné chybě bez zbytečného odkladu informuje.</w:t>
      </w:r>
    </w:p>
    <w:p w:rsidR="00753EB8" w:rsidRPr="00FF34A1" w:rsidRDefault="00E82DBC">
      <w:pPr>
        <w:spacing w:after="80" w:line="259" w:lineRule="auto"/>
        <w:rPr>
          <w:lang w:val="cs-CZ"/>
        </w:rPr>
      </w:pPr>
      <w:r w:rsidRPr="00FF34A1">
        <w:rPr>
          <w:b/>
          <w:lang w:val="cs-CZ"/>
        </w:rPr>
        <w:t>11.</w:t>
      </w:r>
      <w:r w:rsidR="00A827D2">
        <w:rPr>
          <w:b/>
          <w:lang w:val="cs-CZ"/>
        </w:rPr>
        <w:t>2</w:t>
      </w:r>
      <w:r w:rsidRPr="00FF34A1">
        <w:rPr>
          <w:b/>
          <w:lang w:val="cs-CZ"/>
        </w:rPr>
        <w:t xml:space="preserve"> </w:t>
      </w:r>
      <w:r w:rsidRPr="00FF34A1">
        <w:rPr>
          <w:lang w:val="cs-CZ"/>
        </w:rPr>
        <w:t>Pokud se po uzavření smlouvy stane plnění objektivně nemožným, zejména v případě nenávratného zničení nebo ztráty jedinečného originálního díla, postupuje se podle ustanovení občanského zákoníku o nemožnosti plnění.</w:t>
      </w:r>
    </w:p>
    <w:p w:rsidR="00753EB8" w:rsidRPr="00FF34A1" w:rsidRDefault="00A827D2">
      <w:pPr>
        <w:spacing w:after="80" w:line="259" w:lineRule="auto"/>
        <w:rPr>
          <w:lang w:val="cs-CZ"/>
        </w:rPr>
      </w:pPr>
      <w:r>
        <w:rPr>
          <w:b/>
          <w:lang w:val="cs-CZ"/>
        </w:rPr>
        <w:t>11.3</w:t>
      </w:r>
      <w:r w:rsidR="00E82DBC" w:rsidRPr="00FF34A1">
        <w:rPr>
          <w:b/>
          <w:lang w:val="cs-CZ"/>
        </w:rPr>
        <w:t xml:space="preserve"> </w:t>
      </w:r>
      <w:r w:rsidR="00E82DBC" w:rsidRPr="00FF34A1">
        <w:rPr>
          <w:lang w:val="cs-CZ"/>
        </w:rPr>
        <w:t>Zanikne-li z tohoto důvodu povinnost Prodávající plnit, informuje Kupujícího bez zbytečného odkladu a vrátí mu přijaté plnění v rozsahu stanoveném právními předpisy.</w:t>
      </w:r>
    </w:p>
    <w:p w:rsidR="00753EB8" w:rsidRPr="00FF34A1" w:rsidRDefault="00E82DBC">
      <w:pPr>
        <w:pStyle w:val="Nadpis1"/>
        <w:rPr>
          <w:lang w:val="cs-CZ"/>
        </w:rPr>
      </w:pPr>
      <w:r w:rsidRPr="00FF34A1">
        <w:rPr>
          <w:lang w:val="cs-CZ"/>
        </w:rPr>
        <w:t>12. Dodání zboží</w:t>
      </w:r>
    </w:p>
    <w:p w:rsidR="00753EB8" w:rsidRPr="00FF34A1" w:rsidRDefault="00E82DBC">
      <w:pPr>
        <w:spacing w:after="80" w:line="259" w:lineRule="auto"/>
        <w:rPr>
          <w:lang w:val="cs-CZ"/>
        </w:rPr>
      </w:pPr>
      <w:r w:rsidRPr="00FF34A1">
        <w:rPr>
          <w:b/>
          <w:lang w:val="cs-CZ"/>
        </w:rPr>
        <w:t>12.1</w:t>
      </w:r>
      <w:r w:rsidR="00CC6FE2" w:rsidRPr="00CC6FE2">
        <w:rPr>
          <w:lang w:val="cs-CZ"/>
        </w:rPr>
        <w:t xml:space="preserve"> Zboží je dodáváno prostřednictvím dopravce nebo jiného způsobu dopravy dostupného při konkrétní objednávce. Konkrétní možnosti dopravy a jejich cena jsou Kupujícímu zobr</w:t>
      </w:r>
      <w:r w:rsidR="00CC6FE2">
        <w:rPr>
          <w:lang w:val="cs-CZ"/>
        </w:rPr>
        <w:t>azeny před odesláním objednávky</w:t>
      </w:r>
      <w:r w:rsidRPr="00FF34A1">
        <w:rPr>
          <w:lang w:val="cs-CZ"/>
        </w:rPr>
        <w:t>.</w:t>
      </w:r>
    </w:p>
    <w:p w:rsidR="00753EB8" w:rsidRPr="00FF34A1" w:rsidRDefault="00E82DBC">
      <w:pPr>
        <w:spacing w:after="80" w:line="259" w:lineRule="auto"/>
        <w:rPr>
          <w:lang w:val="cs-CZ"/>
        </w:rPr>
      </w:pPr>
      <w:r w:rsidRPr="00FF34A1">
        <w:rPr>
          <w:b/>
          <w:lang w:val="cs-CZ"/>
        </w:rPr>
        <w:t xml:space="preserve">12.2 </w:t>
      </w:r>
      <w:r w:rsidRPr="00FF34A1">
        <w:rPr>
          <w:lang w:val="cs-CZ"/>
        </w:rPr>
        <w:t>U rozměrnějších, hodnotnějších nebo jinak specifických výrobků může být dostupný pouze způsob přepravy vhodný s ohledem na povahu zásilky.</w:t>
      </w:r>
    </w:p>
    <w:p w:rsidR="00753EB8" w:rsidRPr="00FF34A1" w:rsidRDefault="00E82DBC">
      <w:pPr>
        <w:spacing w:after="80" w:line="259" w:lineRule="auto"/>
        <w:rPr>
          <w:lang w:val="cs-CZ"/>
        </w:rPr>
      </w:pPr>
      <w:r w:rsidRPr="00FF34A1">
        <w:rPr>
          <w:b/>
          <w:lang w:val="cs-CZ"/>
        </w:rPr>
        <w:t xml:space="preserve">12.3 </w:t>
      </w:r>
      <w:r w:rsidRPr="00FF34A1">
        <w:rPr>
          <w:lang w:val="cs-CZ"/>
        </w:rPr>
        <w:t>Fine-art tisk může externí tiskárna po jeho výrobě odeslat přímo Kupujícímu. Smluvním partnerem Kupujícího však i v takovém případě zůstává Prodávající.</w:t>
      </w:r>
    </w:p>
    <w:p w:rsidR="00753EB8" w:rsidRPr="00FF34A1" w:rsidRDefault="00E82DBC">
      <w:pPr>
        <w:spacing w:after="80" w:line="259" w:lineRule="auto"/>
        <w:rPr>
          <w:lang w:val="cs-CZ"/>
        </w:rPr>
      </w:pPr>
      <w:r w:rsidRPr="00FF34A1">
        <w:rPr>
          <w:b/>
          <w:lang w:val="cs-CZ"/>
        </w:rPr>
        <w:t xml:space="preserve">12.4 </w:t>
      </w:r>
      <w:r w:rsidRPr="00FF34A1">
        <w:rPr>
          <w:lang w:val="cs-CZ"/>
        </w:rPr>
        <w:t xml:space="preserve">Není-li u konkrétního produktu nebo ve smlouvě uvedena jiná doba dodání, dodá Prodávající zboží bez zbytečného odkladu, </w:t>
      </w:r>
      <w:r w:rsidRPr="00CC6FE2">
        <w:rPr>
          <w:lang w:val="cs-CZ"/>
        </w:rPr>
        <w:t>nejpozději v zákonné lhůtě.</w:t>
      </w:r>
    </w:p>
    <w:p w:rsidR="00753EB8" w:rsidRPr="00FF34A1" w:rsidRDefault="00E82DBC">
      <w:pPr>
        <w:spacing w:after="80" w:line="259" w:lineRule="auto"/>
        <w:rPr>
          <w:lang w:val="cs-CZ"/>
        </w:rPr>
      </w:pPr>
      <w:r w:rsidRPr="00FF34A1">
        <w:rPr>
          <w:b/>
          <w:lang w:val="cs-CZ"/>
        </w:rPr>
        <w:t xml:space="preserve">12.5 </w:t>
      </w:r>
      <w:r w:rsidRPr="00FF34A1">
        <w:rPr>
          <w:lang w:val="cs-CZ"/>
        </w:rPr>
        <w:t>Aktuální dostupné způsoby a ceny dopravy jsou uvedeny v E-</w:t>
      </w:r>
      <w:proofErr w:type="spellStart"/>
      <w:r w:rsidRPr="00FF34A1">
        <w:rPr>
          <w:lang w:val="cs-CZ"/>
        </w:rPr>
        <w:t>shopu</w:t>
      </w:r>
      <w:proofErr w:type="spellEnd"/>
      <w:r w:rsidRPr="00FF34A1">
        <w:rPr>
          <w:lang w:val="cs-CZ"/>
        </w:rPr>
        <w:t xml:space="preserve"> před odesláním objednávky.</w:t>
      </w:r>
    </w:p>
    <w:p w:rsidR="00753EB8" w:rsidRPr="00FF34A1" w:rsidRDefault="00E82DBC">
      <w:pPr>
        <w:pStyle w:val="Nadpis1"/>
        <w:rPr>
          <w:lang w:val="cs-CZ"/>
        </w:rPr>
      </w:pPr>
      <w:r w:rsidRPr="00FF34A1">
        <w:rPr>
          <w:lang w:val="cs-CZ"/>
        </w:rPr>
        <w:t>13. Osobní předání</w:t>
      </w:r>
    </w:p>
    <w:p w:rsidR="00753EB8" w:rsidRPr="00FF34A1" w:rsidRDefault="00E82DBC">
      <w:pPr>
        <w:spacing w:after="80" w:line="259" w:lineRule="auto"/>
        <w:rPr>
          <w:lang w:val="cs-CZ"/>
        </w:rPr>
      </w:pPr>
      <w:r w:rsidRPr="00FF34A1">
        <w:rPr>
          <w:b/>
          <w:lang w:val="cs-CZ"/>
        </w:rPr>
        <w:t xml:space="preserve">13.1 </w:t>
      </w:r>
      <w:r w:rsidRPr="00FF34A1">
        <w:rPr>
          <w:lang w:val="cs-CZ"/>
        </w:rPr>
        <w:t xml:space="preserve">Osobní předání je možné </w:t>
      </w:r>
      <w:r w:rsidR="00B56958">
        <w:rPr>
          <w:lang w:val="cs-CZ"/>
        </w:rPr>
        <w:t xml:space="preserve">v Brně </w:t>
      </w:r>
      <w:r w:rsidRPr="00FF34A1">
        <w:rPr>
          <w:lang w:val="cs-CZ"/>
        </w:rPr>
        <w:t>po předchozí dohodě.</w:t>
      </w:r>
    </w:p>
    <w:p w:rsidR="00753EB8" w:rsidRPr="00FF34A1" w:rsidRDefault="00E82DBC">
      <w:pPr>
        <w:spacing w:after="80" w:line="259" w:lineRule="auto"/>
        <w:rPr>
          <w:lang w:val="cs-CZ"/>
        </w:rPr>
      </w:pPr>
      <w:r w:rsidRPr="00FF34A1">
        <w:rPr>
          <w:b/>
          <w:lang w:val="cs-CZ"/>
        </w:rPr>
        <w:t xml:space="preserve">13.2 </w:t>
      </w:r>
      <w:r w:rsidRPr="00FF34A1">
        <w:rPr>
          <w:lang w:val="cs-CZ"/>
        </w:rPr>
        <w:t>Zboží určené k osobnímu předání musí být předem uhrazeno, není-li výslovně sjednáno jinak.</w:t>
      </w:r>
    </w:p>
    <w:p w:rsidR="00753EB8" w:rsidRPr="00FF34A1" w:rsidRDefault="00E82DBC">
      <w:pPr>
        <w:spacing w:after="80" w:line="259" w:lineRule="auto"/>
        <w:rPr>
          <w:lang w:val="cs-CZ"/>
        </w:rPr>
      </w:pPr>
      <w:r w:rsidRPr="00FF34A1">
        <w:rPr>
          <w:b/>
          <w:lang w:val="cs-CZ"/>
        </w:rPr>
        <w:t xml:space="preserve">13.3 </w:t>
      </w:r>
      <w:r w:rsidRPr="00FF34A1">
        <w:rPr>
          <w:lang w:val="cs-CZ"/>
        </w:rPr>
        <w:t>Při předání může Prodávající požadovat sdělení jména a čísla objednávky. U hodnotnější objednávky může požadovat jednoduché písemné potvrzení převzetí.</w:t>
      </w:r>
    </w:p>
    <w:p w:rsidR="00753EB8" w:rsidRPr="00FF34A1" w:rsidRDefault="00E82DBC">
      <w:pPr>
        <w:pStyle w:val="Nadpis1"/>
        <w:rPr>
          <w:lang w:val="cs-CZ"/>
        </w:rPr>
      </w:pPr>
      <w:r w:rsidRPr="00FF34A1">
        <w:rPr>
          <w:lang w:val="cs-CZ"/>
        </w:rPr>
        <w:t>14. Nebezpečí škody a ztráta zásilky</w:t>
      </w:r>
    </w:p>
    <w:p w:rsidR="00753EB8" w:rsidRPr="00FF34A1" w:rsidRDefault="00E82DBC">
      <w:pPr>
        <w:spacing w:after="80" w:line="259" w:lineRule="auto"/>
        <w:rPr>
          <w:lang w:val="cs-CZ"/>
        </w:rPr>
      </w:pPr>
      <w:r w:rsidRPr="00FF34A1">
        <w:rPr>
          <w:b/>
          <w:lang w:val="cs-CZ"/>
        </w:rPr>
        <w:t xml:space="preserve">14.1 </w:t>
      </w:r>
      <w:r w:rsidR="00FD1CB9">
        <w:rPr>
          <w:lang w:val="cs-CZ"/>
        </w:rPr>
        <w:t>Na</w:t>
      </w:r>
      <w:r w:rsidRPr="00FF34A1">
        <w:rPr>
          <w:lang w:val="cs-CZ"/>
        </w:rPr>
        <w:t xml:space="preserve"> spotřebitele přechází nebezpečí škody na zboží okamžikem, kdy zboží převezme spotřebitel nebo jím určená třetí osoba odlišná od dopravce, nestanoví-li právní předpis pro konkrétní případ jinak.</w:t>
      </w:r>
    </w:p>
    <w:p w:rsidR="00753EB8" w:rsidRDefault="00E82DBC">
      <w:pPr>
        <w:spacing w:after="80" w:line="259" w:lineRule="auto"/>
        <w:rPr>
          <w:lang w:val="cs-CZ"/>
        </w:rPr>
      </w:pPr>
      <w:r w:rsidRPr="00FF34A1">
        <w:rPr>
          <w:b/>
          <w:lang w:val="cs-CZ"/>
        </w:rPr>
        <w:t xml:space="preserve">14.2 </w:t>
      </w:r>
      <w:r w:rsidRPr="00FF34A1">
        <w:rPr>
          <w:lang w:val="cs-CZ"/>
        </w:rPr>
        <w:t>Ztratí-li se zásilka při přepravě zajišťované Prodávající, řeší své nároky vůči dopravci Prodávající. Kupující není povinen řešit ztrátu zásilky přímo s dopravcem namísto Prodávající.</w:t>
      </w:r>
    </w:p>
    <w:p w:rsidR="00FD1CB9" w:rsidRPr="00E73DC6" w:rsidRDefault="00FD1CB9">
      <w:pPr>
        <w:spacing w:after="80" w:line="259" w:lineRule="auto"/>
        <w:rPr>
          <w:lang w:val="cs-CZ"/>
        </w:rPr>
      </w:pPr>
      <w:r>
        <w:rPr>
          <w:b/>
          <w:lang w:val="cs-CZ"/>
        </w:rPr>
        <w:lastRenderedPageBreak/>
        <w:t xml:space="preserve">14.3 </w:t>
      </w:r>
      <w:r w:rsidRPr="00FD1CB9">
        <w:rPr>
          <w:lang w:val="cs-CZ"/>
        </w:rPr>
        <w:t>Pokud dojde během přepravy k poškození nebo ztrátě zásilky, řeší případné nároky vůči dopravci Prodávající. Kupující je povinen poskytnout Prodávající přiměřenou součinnost potřebnou k prošetření události, zejména sdělit dostupné informace o převzetí zásilky a podle možností poskytnout fotografie obalu, zásilky nebo poškození. Kupující není povinen uplatňovat reklamaci vůči dopravci namísto Prodávající</w:t>
      </w:r>
      <w:r w:rsidRPr="00E73DC6">
        <w:rPr>
          <w:lang w:val="cs-CZ"/>
        </w:rPr>
        <w:t>.</w:t>
      </w:r>
    </w:p>
    <w:p w:rsidR="00753EB8" w:rsidRPr="00FF34A1" w:rsidRDefault="00FD1CB9">
      <w:pPr>
        <w:spacing w:after="80" w:line="259" w:lineRule="auto"/>
        <w:rPr>
          <w:lang w:val="cs-CZ"/>
        </w:rPr>
      </w:pPr>
      <w:r>
        <w:rPr>
          <w:b/>
          <w:lang w:val="cs-CZ"/>
        </w:rPr>
        <w:t>14.4</w:t>
      </w:r>
      <w:r w:rsidR="00E82DBC" w:rsidRPr="00FF34A1">
        <w:rPr>
          <w:b/>
          <w:lang w:val="cs-CZ"/>
        </w:rPr>
        <w:t xml:space="preserve"> </w:t>
      </w:r>
      <w:r w:rsidR="00E82DBC" w:rsidRPr="00FF34A1">
        <w:rPr>
          <w:lang w:val="cs-CZ"/>
        </w:rPr>
        <w:t>U jedinečného originálu nemusí být možné dodat identický náhradní kus. Další postup se řídí povahou konkrétního případu a zákonnými právy Kupujícího.</w:t>
      </w:r>
    </w:p>
    <w:p w:rsidR="00753EB8" w:rsidRPr="00FF34A1" w:rsidRDefault="00E82DBC">
      <w:pPr>
        <w:pStyle w:val="Nadpis1"/>
        <w:rPr>
          <w:lang w:val="cs-CZ"/>
        </w:rPr>
      </w:pPr>
      <w:r w:rsidRPr="00FF34A1">
        <w:rPr>
          <w:lang w:val="cs-CZ"/>
        </w:rPr>
        <w:t>15. Nepřevzetí zásilky</w:t>
      </w:r>
    </w:p>
    <w:p w:rsidR="00753EB8" w:rsidRPr="00FF34A1" w:rsidRDefault="00E82DBC">
      <w:pPr>
        <w:spacing w:after="80" w:line="259" w:lineRule="auto"/>
        <w:rPr>
          <w:lang w:val="cs-CZ"/>
        </w:rPr>
      </w:pPr>
      <w:r w:rsidRPr="00FF34A1">
        <w:rPr>
          <w:b/>
          <w:lang w:val="cs-CZ"/>
        </w:rPr>
        <w:t xml:space="preserve">15.1 </w:t>
      </w:r>
      <w:r w:rsidRPr="00FF34A1">
        <w:rPr>
          <w:lang w:val="cs-CZ"/>
        </w:rPr>
        <w:t>Nepřevzetí ani nevyzvednutí zásilky samo o sobě nepředstavuje odstoupení od smlouvy.</w:t>
      </w:r>
    </w:p>
    <w:p w:rsidR="00753EB8" w:rsidRPr="00FF34A1" w:rsidRDefault="00E82DBC">
      <w:pPr>
        <w:spacing w:after="80" w:line="259" w:lineRule="auto"/>
        <w:rPr>
          <w:lang w:val="cs-CZ"/>
        </w:rPr>
      </w:pPr>
      <w:r w:rsidRPr="00FF34A1">
        <w:rPr>
          <w:b/>
          <w:lang w:val="cs-CZ"/>
        </w:rPr>
        <w:t xml:space="preserve">15.2 </w:t>
      </w:r>
      <w:r w:rsidRPr="00FF34A1">
        <w:rPr>
          <w:lang w:val="cs-CZ"/>
        </w:rPr>
        <w:t>Vrátí-li se nepřevzatá zásilka Prodávající, může Prodávající Kupujícího kontaktovat a nabídnout další postup.</w:t>
      </w:r>
    </w:p>
    <w:p w:rsidR="00753EB8" w:rsidRPr="00FF34A1" w:rsidRDefault="00E82DBC">
      <w:pPr>
        <w:spacing w:after="80" w:line="259" w:lineRule="auto"/>
        <w:rPr>
          <w:lang w:val="cs-CZ"/>
        </w:rPr>
      </w:pPr>
      <w:r w:rsidRPr="00FF34A1">
        <w:rPr>
          <w:b/>
          <w:lang w:val="cs-CZ"/>
        </w:rPr>
        <w:t xml:space="preserve">15.3 </w:t>
      </w:r>
      <w:r w:rsidRPr="00FF34A1">
        <w:rPr>
          <w:lang w:val="cs-CZ"/>
        </w:rPr>
        <w:t>Pokud Kupující bez právního důvodu nesplní povinnost zásilku převzít a v důsledku toho vzniknou Prodávající prokazatelné dodatečné náklady, může Prodávající požadovat jejich náhradu v rozsahu dovoleném právními předpisy. Může jít zejména o skutečně a účelně vynaložený poplatek dopravce za vrácení nepřevzaté zásilky nebo jiné dodatečné náklady přímo způsobené neúspěšným doručením. Prodávající nebude požadovat náklady, které již Kupující uhradil v ceně dopravy, které by jí vznikly i při řádném převzetí zásilky nebo které nevznikly v důsledku porušení povinnosti Kupujícího.</w:t>
      </w:r>
    </w:p>
    <w:p w:rsidR="00753EB8" w:rsidRPr="00FF34A1" w:rsidRDefault="00E82DBC">
      <w:pPr>
        <w:spacing w:after="80" w:line="259" w:lineRule="auto"/>
        <w:rPr>
          <w:lang w:val="cs-CZ"/>
        </w:rPr>
      </w:pPr>
      <w:r w:rsidRPr="00FF34A1">
        <w:rPr>
          <w:b/>
          <w:lang w:val="cs-CZ"/>
        </w:rPr>
        <w:t xml:space="preserve">15.4 </w:t>
      </w:r>
      <w:r w:rsidRPr="00FF34A1">
        <w:rPr>
          <w:lang w:val="cs-CZ"/>
        </w:rPr>
        <w:t>Požádá-li Kupující o opakované odeslání, může Prodávající požadovat předem úhradu skutečně a účelně vynaložených nákladů na nové doručení.</w:t>
      </w:r>
    </w:p>
    <w:p w:rsidR="00753EB8" w:rsidRPr="00FF34A1" w:rsidRDefault="00E82DBC">
      <w:pPr>
        <w:spacing w:after="80" w:line="259" w:lineRule="auto"/>
        <w:rPr>
          <w:lang w:val="cs-CZ"/>
        </w:rPr>
      </w:pPr>
      <w:r w:rsidRPr="00FF34A1">
        <w:rPr>
          <w:b/>
          <w:lang w:val="cs-CZ"/>
        </w:rPr>
        <w:t xml:space="preserve">15.5 </w:t>
      </w:r>
      <w:r w:rsidRPr="00FF34A1">
        <w:rPr>
          <w:lang w:val="cs-CZ"/>
        </w:rPr>
        <w:t>Chce-li Kupující využít zákonné právo na odstoupení od smlouvy, musí své rozhodnutí Prodávající jednoznačně sdělit. Pouhé nevyzvednutí zásilky není oznámením odstoupení.</w:t>
      </w:r>
    </w:p>
    <w:p w:rsidR="00753EB8" w:rsidRPr="00FF34A1" w:rsidRDefault="00E82DBC">
      <w:pPr>
        <w:pStyle w:val="Nadpis1"/>
        <w:rPr>
          <w:lang w:val="cs-CZ"/>
        </w:rPr>
      </w:pPr>
      <w:r w:rsidRPr="00FF34A1">
        <w:rPr>
          <w:lang w:val="cs-CZ"/>
        </w:rPr>
        <w:t>16. Autorská práva</w:t>
      </w:r>
    </w:p>
    <w:p w:rsidR="00753EB8" w:rsidRPr="00FF34A1" w:rsidRDefault="00E82DBC">
      <w:pPr>
        <w:spacing w:after="80" w:line="259" w:lineRule="auto"/>
        <w:rPr>
          <w:lang w:val="cs-CZ"/>
        </w:rPr>
      </w:pPr>
      <w:r w:rsidRPr="00FF34A1">
        <w:rPr>
          <w:b/>
          <w:lang w:val="cs-CZ"/>
        </w:rPr>
        <w:t xml:space="preserve">16.1 </w:t>
      </w:r>
      <w:r w:rsidRPr="00FF34A1">
        <w:rPr>
          <w:lang w:val="cs-CZ"/>
        </w:rPr>
        <w:t>Prodávající je autorkou svých autorských děl a vykonává k nim autorská práva v rozsahu stanoveném právními předpisy.</w:t>
      </w:r>
    </w:p>
    <w:p w:rsidR="00753EB8" w:rsidRPr="00FF34A1" w:rsidRDefault="00E82DBC">
      <w:pPr>
        <w:spacing w:after="80" w:line="259" w:lineRule="auto"/>
        <w:rPr>
          <w:lang w:val="cs-CZ"/>
        </w:rPr>
      </w:pPr>
      <w:r w:rsidRPr="00FF34A1">
        <w:rPr>
          <w:b/>
          <w:lang w:val="cs-CZ"/>
        </w:rPr>
        <w:t xml:space="preserve">16.2 </w:t>
      </w:r>
      <w:r w:rsidRPr="00FF34A1">
        <w:rPr>
          <w:lang w:val="cs-CZ"/>
        </w:rPr>
        <w:t>Prodej fyzického originálu, tisku nebo jiného produktu neznamená převod autorských majetkových práv k dílu.</w:t>
      </w:r>
    </w:p>
    <w:p w:rsidR="00753EB8" w:rsidRPr="00FF34A1" w:rsidRDefault="00E82DBC">
      <w:pPr>
        <w:spacing w:after="80" w:line="259" w:lineRule="auto"/>
        <w:rPr>
          <w:lang w:val="cs-CZ"/>
        </w:rPr>
      </w:pPr>
      <w:r w:rsidRPr="00FF34A1">
        <w:rPr>
          <w:b/>
          <w:lang w:val="cs-CZ"/>
        </w:rPr>
        <w:t xml:space="preserve">16.3 </w:t>
      </w:r>
      <w:r w:rsidRPr="00FF34A1">
        <w:rPr>
          <w:lang w:val="cs-CZ"/>
        </w:rPr>
        <w:t>Kupující může vlastněný fyzický originál dále prodat, darovat nebo půjčit. Ani následný vlastník fyzického exempláře tím nezískává autorská majetková práva.</w:t>
      </w:r>
    </w:p>
    <w:p w:rsidR="00753EB8" w:rsidRPr="00FF34A1" w:rsidRDefault="00E82DBC">
      <w:pPr>
        <w:spacing w:after="80" w:line="259" w:lineRule="auto"/>
        <w:rPr>
          <w:lang w:val="cs-CZ"/>
        </w:rPr>
      </w:pPr>
      <w:r w:rsidRPr="00FF34A1">
        <w:rPr>
          <w:b/>
          <w:lang w:val="cs-CZ"/>
        </w:rPr>
        <w:t xml:space="preserve">16.4 </w:t>
      </w:r>
      <w:r w:rsidRPr="00FF34A1">
        <w:rPr>
          <w:lang w:val="cs-CZ"/>
        </w:rPr>
        <w:t>Prodávající je v rozsahu dovoleném právními předpisy oprávněna zejména:</w:t>
      </w:r>
    </w:p>
    <w:p w:rsidR="00753EB8" w:rsidRPr="00FF34A1" w:rsidRDefault="00E82DBC">
      <w:pPr>
        <w:spacing w:after="40"/>
        <w:ind w:left="397" w:hanging="283"/>
        <w:rPr>
          <w:lang w:val="cs-CZ"/>
        </w:rPr>
      </w:pPr>
      <w:r w:rsidRPr="00FF34A1">
        <w:rPr>
          <w:b/>
          <w:lang w:val="cs-CZ"/>
        </w:rPr>
        <w:t xml:space="preserve">a) </w:t>
      </w:r>
      <w:r w:rsidRPr="00FF34A1">
        <w:rPr>
          <w:lang w:val="cs-CZ"/>
        </w:rPr>
        <w:t>dílo fotografovat</w:t>
      </w:r>
    </w:p>
    <w:p w:rsidR="00753EB8" w:rsidRPr="00FF34A1" w:rsidRDefault="00E82DBC">
      <w:pPr>
        <w:spacing w:after="40"/>
        <w:ind w:left="397" w:hanging="283"/>
        <w:rPr>
          <w:lang w:val="cs-CZ"/>
        </w:rPr>
      </w:pPr>
      <w:r w:rsidRPr="00FF34A1">
        <w:rPr>
          <w:b/>
          <w:lang w:val="cs-CZ"/>
        </w:rPr>
        <w:t xml:space="preserve">b) </w:t>
      </w:r>
      <w:r w:rsidRPr="00FF34A1">
        <w:rPr>
          <w:lang w:val="cs-CZ"/>
        </w:rPr>
        <w:t>vytvářet autorizované reprodukce a tisky</w:t>
      </w:r>
    </w:p>
    <w:p w:rsidR="00753EB8" w:rsidRPr="00FF34A1" w:rsidRDefault="00E82DBC">
      <w:pPr>
        <w:spacing w:after="40"/>
        <w:ind w:left="397" w:hanging="283"/>
        <w:rPr>
          <w:lang w:val="cs-CZ"/>
        </w:rPr>
      </w:pPr>
      <w:r w:rsidRPr="00FF34A1">
        <w:rPr>
          <w:b/>
          <w:lang w:val="cs-CZ"/>
        </w:rPr>
        <w:t xml:space="preserve">c) </w:t>
      </w:r>
      <w:r w:rsidRPr="00FF34A1">
        <w:rPr>
          <w:lang w:val="cs-CZ"/>
        </w:rPr>
        <w:t>používat fotografie díla ve svém portfoliu</w:t>
      </w:r>
    </w:p>
    <w:p w:rsidR="00753EB8" w:rsidRPr="00FF34A1" w:rsidRDefault="00E82DBC">
      <w:pPr>
        <w:spacing w:after="40"/>
        <w:ind w:left="397" w:hanging="283"/>
        <w:rPr>
          <w:lang w:val="cs-CZ"/>
        </w:rPr>
      </w:pPr>
      <w:r w:rsidRPr="00FF34A1">
        <w:rPr>
          <w:b/>
          <w:lang w:val="cs-CZ"/>
        </w:rPr>
        <w:t xml:space="preserve">d) </w:t>
      </w:r>
      <w:r w:rsidRPr="00FF34A1">
        <w:rPr>
          <w:lang w:val="cs-CZ"/>
        </w:rPr>
        <w:t>prezentovat dílo na svých webových stránkách, sociálních sítích, výstavách a v katalozích</w:t>
      </w:r>
    </w:p>
    <w:p w:rsidR="00753EB8" w:rsidRPr="00FF34A1" w:rsidRDefault="00E82DBC">
      <w:pPr>
        <w:spacing w:after="40"/>
        <w:ind w:left="397" w:hanging="283"/>
        <w:rPr>
          <w:lang w:val="cs-CZ"/>
        </w:rPr>
      </w:pPr>
      <w:r w:rsidRPr="00FF34A1">
        <w:rPr>
          <w:b/>
          <w:lang w:val="cs-CZ"/>
        </w:rPr>
        <w:t xml:space="preserve">e) </w:t>
      </w:r>
      <w:r w:rsidRPr="00FF34A1">
        <w:rPr>
          <w:lang w:val="cs-CZ"/>
        </w:rPr>
        <w:t>používat dílo nebo jeho fotografie při propagaci své tvorby</w:t>
      </w:r>
    </w:p>
    <w:p w:rsidR="00753EB8" w:rsidRPr="00FF34A1" w:rsidRDefault="00E82DBC">
      <w:pPr>
        <w:spacing w:after="80" w:line="259" w:lineRule="auto"/>
        <w:rPr>
          <w:lang w:val="cs-CZ"/>
        </w:rPr>
      </w:pPr>
      <w:r w:rsidRPr="00FF34A1">
        <w:rPr>
          <w:lang w:val="cs-CZ"/>
        </w:rPr>
        <w:t>U zakázkových děl se současně použijí zvláštní pravidla těchto VOP.</w:t>
      </w:r>
    </w:p>
    <w:p w:rsidR="00753EB8" w:rsidRPr="00FF34A1" w:rsidRDefault="00E82DBC">
      <w:pPr>
        <w:spacing w:after="80" w:line="259" w:lineRule="auto"/>
        <w:rPr>
          <w:lang w:val="cs-CZ"/>
        </w:rPr>
      </w:pPr>
      <w:r w:rsidRPr="00FF34A1">
        <w:rPr>
          <w:b/>
          <w:lang w:val="cs-CZ"/>
        </w:rPr>
        <w:t xml:space="preserve">16.5 </w:t>
      </w:r>
      <w:r w:rsidRPr="00FF34A1">
        <w:rPr>
          <w:lang w:val="cs-CZ"/>
        </w:rPr>
        <w:t>Kupující může svůj fyzický obraz běžně fotografovat a fotografie používat pro osobní a nekomerční účely, například na sociálních sítích nebo jako součást fotografie interiéru. Běžný ořez, filtr, textová vrstva nebo koláž při takovém nekomerčním sdílení nejsou těmito VOP zakázány.</w:t>
      </w:r>
    </w:p>
    <w:p w:rsidR="00753EB8" w:rsidRPr="00FF34A1" w:rsidRDefault="00E82DBC">
      <w:pPr>
        <w:spacing w:after="80" w:line="259" w:lineRule="auto"/>
        <w:rPr>
          <w:lang w:val="cs-CZ"/>
        </w:rPr>
      </w:pPr>
      <w:r w:rsidRPr="00FF34A1">
        <w:rPr>
          <w:b/>
          <w:lang w:val="cs-CZ"/>
        </w:rPr>
        <w:t xml:space="preserve">16.6 </w:t>
      </w:r>
      <w:r w:rsidRPr="00FF34A1">
        <w:rPr>
          <w:lang w:val="cs-CZ"/>
        </w:rPr>
        <w:t>Bez příslušného oprávnění není dovoleno zejména:</w:t>
      </w:r>
    </w:p>
    <w:p w:rsidR="00753EB8" w:rsidRPr="00FF34A1" w:rsidRDefault="00E82DBC">
      <w:pPr>
        <w:spacing w:after="40"/>
        <w:ind w:left="397" w:hanging="283"/>
        <w:rPr>
          <w:lang w:val="cs-CZ"/>
        </w:rPr>
      </w:pPr>
      <w:r w:rsidRPr="00FF34A1">
        <w:rPr>
          <w:b/>
          <w:lang w:val="cs-CZ"/>
        </w:rPr>
        <w:t xml:space="preserve">a) </w:t>
      </w:r>
      <w:r w:rsidRPr="00FF34A1">
        <w:rPr>
          <w:lang w:val="cs-CZ"/>
        </w:rPr>
        <w:t>vyrábět nebo prodávat reprodukce díla</w:t>
      </w:r>
    </w:p>
    <w:p w:rsidR="00753EB8" w:rsidRPr="00FF34A1" w:rsidRDefault="00E82DBC">
      <w:pPr>
        <w:spacing w:after="40"/>
        <w:ind w:left="397" w:hanging="283"/>
        <w:rPr>
          <w:lang w:val="cs-CZ"/>
        </w:rPr>
      </w:pPr>
      <w:r w:rsidRPr="00FF34A1">
        <w:rPr>
          <w:b/>
          <w:lang w:val="cs-CZ"/>
        </w:rPr>
        <w:t xml:space="preserve">b) </w:t>
      </w:r>
      <w:r w:rsidRPr="00FF34A1">
        <w:rPr>
          <w:lang w:val="cs-CZ"/>
        </w:rPr>
        <w:t>používat motiv díla na vlastních výrobcích nebo jako grafický prvek obchodní značky</w:t>
      </w:r>
    </w:p>
    <w:p w:rsidR="00753EB8" w:rsidRPr="00FF34A1" w:rsidRDefault="00E82DBC">
      <w:pPr>
        <w:spacing w:after="40"/>
        <w:ind w:left="397" w:hanging="283"/>
        <w:rPr>
          <w:lang w:val="cs-CZ"/>
        </w:rPr>
      </w:pPr>
      <w:r w:rsidRPr="00FF34A1">
        <w:rPr>
          <w:b/>
          <w:lang w:val="cs-CZ"/>
        </w:rPr>
        <w:t xml:space="preserve">c) </w:t>
      </w:r>
      <w:r w:rsidRPr="00FF34A1">
        <w:rPr>
          <w:lang w:val="cs-CZ"/>
        </w:rPr>
        <w:t xml:space="preserve">vytvářet reprodukční </w:t>
      </w:r>
      <w:proofErr w:type="spellStart"/>
      <w:r w:rsidRPr="00FF34A1">
        <w:rPr>
          <w:lang w:val="cs-CZ"/>
        </w:rPr>
        <w:t>skeny</w:t>
      </w:r>
      <w:proofErr w:type="spellEnd"/>
      <w:r w:rsidRPr="00FF34A1">
        <w:rPr>
          <w:lang w:val="cs-CZ"/>
        </w:rPr>
        <w:t xml:space="preserve"> a tiskové soubory za účelem další reprodukce</w:t>
      </w:r>
    </w:p>
    <w:p w:rsidR="00753EB8" w:rsidRPr="00FF34A1" w:rsidRDefault="00E82DBC">
      <w:pPr>
        <w:spacing w:after="40"/>
        <w:ind w:left="397" w:hanging="283"/>
        <w:rPr>
          <w:lang w:val="cs-CZ"/>
        </w:rPr>
      </w:pPr>
      <w:r w:rsidRPr="00FF34A1">
        <w:rPr>
          <w:b/>
          <w:lang w:val="cs-CZ"/>
        </w:rPr>
        <w:t xml:space="preserve">d) </w:t>
      </w:r>
      <w:r w:rsidRPr="00FF34A1">
        <w:rPr>
          <w:lang w:val="cs-CZ"/>
        </w:rPr>
        <w:t>prodávat digitální kopie díla</w:t>
      </w:r>
    </w:p>
    <w:p w:rsidR="00753EB8" w:rsidRPr="00FF34A1" w:rsidRDefault="00E82DBC">
      <w:pPr>
        <w:spacing w:after="40"/>
        <w:ind w:left="397" w:hanging="283"/>
        <w:rPr>
          <w:lang w:val="cs-CZ"/>
        </w:rPr>
      </w:pPr>
      <w:r w:rsidRPr="00FF34A1">
        <w:rPr>
          <w:b/>
          <w:lang w:val="cs-CZ"/>
        </w:rPr>
        <w:t xml:space="preserve">e) </w:t>
      </w:r>
      <w:r w:rsidRPr="00FF34A1">
        <w:rPr>
          <w:lang w:val="cs-CZ"/>
        </w:rPr>
        <w:t>vydávat dílo nebo jeho kopii za vlastní tvorbu</w:t>
      </w:r>
    </w:p>
    <w:p w:rsidR="00753EB8" w:rsidRPr="00FF34A1" w:rsidRDefault="00E82DBC">
      <w:pPr>
        <w:spacing w:after="40"/>
        <w:ind w:left="397" w:hanging="283"/>
        <w:rPr>
          <w:lang w:val="cs-CZ"/>
        </w:rPr>
      </w:pPr>
      <w:r w:rsidRPr="00FF34A1">
        <w:rPr>
          <w:b/>
          <w:lang w:val="cs-CZ"/>
        </w:rPr>
        <w:lastRenderedPageBreak/>
        <w:t xml:space="preserve">f) </w:t>
      </w:r>
      <w:r w:rsidRPr="00FF34A1">
        <w:rPr>
          <w:lang w:val="cs-CZ"/>
        </w:rPr>
        <w:t>odstraňovat autorčin podpis nebo označení autorství za účelem zkreslení autorství</w:t>
      </w:r>
    </w:p>
    <w:p w:rsidR="00753EB8" w:rsidRPr="00FF34A1" w:rsidRDefault="00E82DBC">
      <w:pPr>
        <w:spacing w:after="40"/>
        <w:ind w:left="397" w:hanging="283"/>
        <w:rPr>
          <w:lang w:val="cs-CZ"/>
        </w:rPr>
      </w:pPr>
      <w:r w:rsidRPr="00FF34A1">
        <w:rPr>
          <w:b/>
          <w:lang w:val="cs-CZ"/>
        </w:rPr>
        <w:t xml:space="preserve">g) </w:t>
      </w:r>
      <w:r w:rsidRPr="00FF34A1">
        <w:rPr>
          <w:lang w:val="cs-CZ"/>
        </w:rPr>
        <w:t>komerčně užívat dílo způsobem vyžadujícím licenci</w:t>
      </w:r>
    </w:p>
    <w:p w:rsidR="00753EB8" w:rsidRPr="00FF34A1" w:rsidRDefault="00E82DBC">
      <w:pPr>
        <w:spacing w:after="80" w:line="259" w:lineRule="auto"/>
        <w:rPr>
          <w:lang w:val="cs-CZ"/>
        </w:rPr>
      </w:pPr>
      <w:r w:rsidRPr="00FF34A1">
        <w:rPr>
          <w:b/>
          <w:lang w:val="cs-CZ"/>
        </w:rPr>
        <w:t xml:space="preserve">16.7 </w:t>
      </w:r>
      <w:r w:rsidRPr="00FF34A1">
        <w:rPr>
          <w:lang w:val="cs-CZ"/>
        </w:rPr>
        <w:t>Kupující může v rozsahu dovoleném právními předpisy vytvořit pro svou osobní potřebu kresbu, malbu nebo jinou rozmnoženinu či napodobeninu díla. Rozmnoženina nebo napodobenina výtvarného díla vytvořená pro osobní potřebu musí být v souladu s autorským zákonem zřetelně označena jako rozmnoženina nebo napodobenina a nesmí být použita k jinému než dovolenému osobnímu účelu.</w:t>
      </w:r>
    </w:p>
    <w:p w:rsidR="00753EB8" w:rsidRPr="00FF34A1" w:rsidRDefault="00E82DBC">
      <w:pPr>
        <w:spacing w:after="80" w:line="259" w:lineRule="auto"/>
        <w:rPr>
          <w:lang w:val="cs-CZ"/>
        </w:rPr>
      </w:pPr>
      <w:r w:rsidRPr="00FF34A1">
        <w:rPr>
          <w:b/>
          <w:lang w:val="cs-CZ"/>
        </w:rPr>
        <w:t xml:space="preserve">16.8 </w:t>
      </w:r>
      <w:r w:rsidRPr="00FF34A1">
        <w:rPr>
          <w:lang w:val="cs-CZ"/>
        </w:rPr>
        <w:t>Rozmnoženinu nebo napodobeninu vytvořenou pro osobní potřebu nelze bez dalšího oprávnění veřejně vystavovat, zveřejňovat na internetu, nabízet k prodeji ani jinak veřejně nebo komerčně užívat. Je-li takové veřejné užití výslovně povoleno Prodávající nebo je dovoleno jiným právním titulem, musí být způsobem odpovídajícím okolnostem zřejmé, že nejde o originální dílo Prodávající, ale o kopii, studii, rozmnoženinu nebo napodobeninu podle jejího díla, a musí být řádně uvedeno autorství původního díla. Samotné uvedení jména autorky nenahrazuje potřebné oprávnění k veřejnému užití. Toto ustanovení neomezuje vystavování oprávněně nabytého originálu nebo autorizované reprodukce v případech, kdy takové vystavení dovoluje právní předpis nebo licence.</w:t>
      </w:r>
    </w:p>
    <w:p w:rsidR="00753EB8" w:rsidRPr="00FF34A1" w:rsidRDefault="00E82DBC">
      <w:pPr>
        <w:spacing w:after="80" w:line="259" w:lineRule="auto"/>
        <w:rPr>
          <w:lang w:val="cs-CZ"/>
        </w:rPr>
      </w:pPr>
      <w:r w:rsidRPr="00FF34A1">
        <w:rPr>
          <w:b/>
          <w:lang w:val="cs-CZ"/>
        </w:rPr>
        <w:t xml:space="preserve">16.9 </w:t>
      </w:r>
      <w:r w:rsidRPr="00FF34A1">
        <w:rPr>
          <w:lang w:val="cs-CZ"/>
        </w:rPr>
        <w:t>Bez předchozího souhlasu Prodávající není dovoleno využívat chráněná díla, jejich reprodukce, fotografie nebo digitální soubory jako vstupy pro trénování, testování nebo vývoj systémů umělé inteligence či generativních systémů v rozsahu, v jakém takové užití podléhá oprávnění autorky. Toto ustanovení nerozšiřuje autorskoprávní ochranu nad rámec právních předpisů.</w:t>
      </w:r>
    </w:p>
    <w:p w:rsidR="00753EB8" w:rsidRPr="00FF34A1" w:rsidRDefault="00E82DBC">
      <w:pPr>
        <w:spacing w:after="80" w:line="259" w:lineRule="auto"/>
        <w:rPr>
          <w:lang w:val="cs-CZ"/>
        </w:rPr>
      </w:pPr>
      <w:r w:rsidRPr="00FF34A1">
        <w:rPr>
          <w:b/>
          <w:lang w:val="cs-CZ"/>
        </w:rPr>
        <w:t xml:space="preserve">16.10 </w:t>
      </w:r>
      <w:r w:rsidRPr="00FF34A1">
        <w:rPr>
          <w:lang w:val="cs-CZ"/>
        </w:rPr>
        <w:t>Obsah E-</w:t>
      </w:r>
      <w:proofErr w:type="spellStart"/>
      <w:r w:rsidRPr="00FF34A1">
        <w:rPr>
          <w:lang w:val="cs-CZ"/>
        </w:rPr>
        <w:t>shopu</w:t>
      </w:r>
      <w:proofErr w:type="spellEnd"/>
      <w:r w:rsidRPr="00FF34A1">
        <w:rPr>
          <w:lang w:val="cs-CZ"/>
        </w:rPr>
        <w:t xml:space="preserve"> a dalších webových stránek Prodávající, zejména autorské texty a produktové popisy, fotografie produktů, fotografie a reprodukce uměleckých děl, ilustrace, grafické prvky, videa, audio obsah a další tvůrčí obsah, je v rozsahu, v jakém splňuje zákonné podmínky ochrany, chráněn autorským právem nebo jinými právy duševního vlastnictví.</w:t>
      </w:r>
    </w:p>
    <w:p w:rsidR="00753EB8" w:rsidRPr="00FF34A1" w:rsidRDefault="00E82DBC">
      <w:pPr>
        <w:spacing w:after="80" w:line="259" w:lineRule="auto"/>
        <w:rPr>
          <w:lang w:val="cs-CZ"/>
        </w:rPr>
      </w:pPr>
      <w:r w:rsidRPr="00FF34A1">
        <w:rPr>
          <w:b/>
          <w:lang w:val="cs-CZ"/>
        </w:rPr>
        <w:t xml:space="preserve">16.11 </w:t>
      </w:r>
      <w:r w:rsidRPr="00FF34A1">
        <w:rPr>
          <w:lang w:val="cs-CZ"/>
        </w:rPr>
        <w:t>Bez příslušného oprávnění není dovoleno chráněný obsah webu zejména kopírovat, přebírat, znovu zveřejňovat, distribuovat, hromadně stahovat, upravovat nebo komerčně využívat. Tím nejsou dotčena zákonná oprávnění, zejména právo na citaci, běžné odkazování na web nebo jiné užití výslovně dovolené právními předpisy.</w:t>
      </w:r>
    </w:p>
    <w:p w:rsidR="00753EB8" w:rsidRPr="00FF34A1" w:rsidRDefault="00E82DBC">
      <w:pPr>
        <w:pStyle w:val="Nadpis1"/>
        <w:rPr>
          <w:lang w:val="cs-CZ"/>
        </w:rPr>
      </w:pPr>
      <w:r w:rsidRPr="00FF34A1">
        <w:rPr>
          <w:lang w:val="cs-CZ"/>
        </w:rPr>
        <w:t>17. Zakázková tvorba</w:t>
      </w:r>
    </w:p>
    <w:p w:rsidR="00753EB8" w:rsidRPr="00FF34A1" w:rsidRDefault="00E82DBC">
      <w:pPr>
        <w:spacing w:after="80" w:line="259" w:lineRule="auto"/>
        <w:rPr>
          <w:lang w:val="cs-CZ"/>
        </w:rPr>
      </w:pPr>
      <w:r w:rsidRPr="00FF34A1">
        <w:rPr>
          <w:b/>
          <w:lang w:val="cs-CZ"/>
        </w:rPr>
        <w:t xml:space="preserve">17.1 </w:t>
      </w:r>
      <w:r w:rsidRPr="00FF34A1">
        <w:rPr>
          <w:lang w:val="cs-CZ"/>
        </w:rPr>
        <w:t>Zakázkovým obrazem se rozumí originální dílo vytvořené podle individuálního zadání Kupujícího.</w:t>
      </w:r>
    </w:p>
    <w:p w:rsidR="00753EB8" w:rsidRPr="00FF34A1" w:rsidRDefault="00E82DBC">
      <w:pPr>
        <w:spacing w:after="80" w:line="259" w:lineRule="auto"/>
        <w:rPr>
          <w:lang w:val="cs-CZ"/>
        </w:rPr>
      </w:pPr>
      <w:r w:rsidRPr="00FF34A1">
        <w:rPr>
          <w:b/>
          <w:lang w:val="cs-CZ"/>
        </w:rPr>
        <w:t xml:space="preserve">17.2 </w:t>
      </w:r>
      <w:r w:rsidRPr="00FF34A1">
        <w:rPr>
          <w:lang w:val="cs-CZ"/>
        </w:rPr>
        <w:t>Zakázkové obrazy jsou vytvářeny v autorském výtvarném stylu Prodávající.</w:t>
      </w:r>
    </w:p>
    <w:p w:rsidR="00753EB8" w:rsidRPr="00FF34A1" w:rsidRDefault="00E82DBC">
      <w:pPr>
        <w:spacing w:after="80" w:line="259" w:lineRule="auto"/>
        <w:rPr>
          <w:lang w:val="cs-CZ"/>
        </w:rPr>
      </w:pPr>
      <w:r w:rsidRPr="00FF34A1">
        <w:rPr>
          <w:b/>
          <w:lang w:val="cs-CZ"/>
        </w:rPr>
        <w:t xml:space="preserve">17.3 </w:t>
      </w:r>
      <w:r w:rsidRPr="00FF34A1">
        <w:rPr>
          <w:lang w:val="cs-CZ"/>
        </w:rPr>
        <w:t>Prodávající může před přijetím zakázku odmítnout zejména s ohledem na své umělecké zaměření, výtvarný styl, tvůrčí pojetí, rozsah nebo náročnost zadání, použitelnost předlohy nebo své kapacitní možnosti.</w:t>
      </w:r>
    </w:p>
    <w:p w:rsidR="00753EB8" w:rsidRPr="00FF34A1" w:rsidRDefault="00E82DBC">
      <w:pPr>
        <w:spacing w:after="80" w:line="259" w:lineRule="auto"/>
        <w:rPr>
          <w:lang w:val="cs-CZ"/>
        </w:rPr>
      </w:pPr>
      <w:r w:rsidRPr="00FF34A1">
        <w:rPr>
          <w:b/>
          <w:lang w:val="cs-CZ"/>
        </w:rPr>
        <w:t xml:space="preserve">17.4 </w:t>
      </w:r>
      <w:r w:rsidRPr="00FF34A1">
        <w:rPr>
          <w:lang w:val="cs-CZ"/>
        </w:rPr>
        <w:t>Smlouva o zakázkové tvorbě vzniká až:</w:t>
      </w:r>
    </w:p>
    <w:p w:rsidR="00753EB8" w:rsidRPr="00FF34A1" w:rsidRDefault="00E82DBC">
      <w:pPr>
        <w:spacing w:after="40"/>
        <w:ind w:left="397" w:hanging="283"/>
        <w:rPr>
          <w:lang w:val="cs-CZ"/>
        </w:rPr>
      </w:pPr>
      <w:r w:rsidRPr="00FF34A1">
        <w:rPr>
          <w:b/>
          <w:lang w:val="cs-CZ"/>
        </w:rPr>
        <w:t xml:space="preserve">a) </w:t>
      </w:r>
      <w:r w:rsidRPr="00FF34A1">
        <w:rPr>
          <w:lang w:val="cs-CZ"/>
        </w:rPr>
        <w:t>písemným potvrzením konkrétního zadání Prodávající a současně</w:t>
      </w:r>
    </w:p>
    <w:p w:rsidR="00753EB8" w:rsidRPr="00FF34A1" w:rsidRDefault="00E82DBC">
      <w:pPr>
        <w:spacing w:after="40"/>
        <w:ind w:left="397" w:hanging="283"/>
        <w:rPr>
          <w:lang w:val="cs-CZ"/>
        </w:rPr>
      </w:pPr>
      <w:r w:rsidRPr="00FF34A1">
        <w:rPr>
          <w:b/>
          <w:lang w:val="cs-CZ"/>
        </w:rPr>
        <w:t xml:space="preserve">b) </w:t>
      </w:r>
      <w:r w:rsidRPr="00FF34A1">
        <w:rPr>
          <w:lang w:val="cs-CZ"/>
        </w:rPr>
        <w:t>připsáním první části ceny ve výši 50 % sjednané ceny</w:t>
      </w:r>
    </w:p>
    <w:p w:rsidR="00753EB8" w:rsidRPr="00FF34A1" w:rsidRDefault="00E82DBC">
      <w:pPr>
        <w:spacing w:after="80" w:line="259" w:lineRule="auto"/>
        <w:rPr>
          <w:lang w:val="cs-CZ"/>
        </w:rPr>
      </w:pPr>
      <w:r w:rsidRPr="00FF34A1">
        <w:rPr>
          <w:lang w:val="cs-CZ"/>
        </w:rPr>
        <w:t>není-li individuálně dohodnuto jinak.</w:t>
      </w:r>
    </w:p>
    <w:p w:rsidR="00753EB8" w:rsidRPr="00FF34A1" w:rsidRDefault="00E82DBC">
      <w:pPr>
        <w:pStyle w:val="Nadpis1"/>
        <w:rPr>
          <w:lang w:val="cs-CZ"/>
        </w:rPr>
      </w:pPr>
      <w:r w:rsidRPr="00FF34A1">
        <w:rPr>
          <w:lang w:val="cs-CZ"/>
        </w:rPr>
        <w:t>18. Průběh zakázkové tvorby</w:t>
      </w:r>
    </w:p>
    <w:p w:rsidR="00753EB8" w:rsidRPr="00FF34A1" w:rsidRDefault="00E82DBC">
      <w:pPr>
        <w:spacing w:after="80" w:line="259" w:lineRule="auto"/>
        <w:rPr>
          <w:lang w:val="cs-CZ"/>
        </w:rPr>
      </w:pPr>
      <w:r w:rsidRPr="00FF34A1">
        <w:rPr>
          <w:b/>
          <w:lang w:val="cs-CZ"/>
        </w:rPr>
        <w:t xml:space="preserve">18.1 </w:t>
      </w:r>
      <w:r w:rsidRPr="00FF34A1">
        <w:rPr>
          <w:lang w:val="cs-CZ"/>
        </w:rPr>
        <w:t>Zakázková tvorba zpravidla probíhá v těchto fázích: zadání → případná předloha → posouzení → úhrada první části ceny → prvotní návrhy → konkrétní skica → připomínky → zapracování jednoho kola drobných úprav → vytvoření finálního obrazu → doplatek → předání nebo odeslání. Podle povahy konkrétní zakázky může být postup přiměřeně upraven.</w:t>
      </w:r>
    </w:p>
    <w:p w:rsidR="00753EB8" w:rsidRPr="00FF34A1" w:rsidRDefault="00E82DBC">
      <w:pPr>
        <w:spacing w:after="80" w:line="259" w:lineRule="auto"/>
        <w:rPr>
          <w:lang w:val="cs-CZ"/>
        </w:rPr>
      </w:pPr>
      <w:r w:rsidRPr="00FF34A1">
        <w:rPr>
          <w:b/>
          <w:lang w:val="cs-CZ"/>
        </w:rPr>
        <w:t xml:space="preserve">18.2 </w:t>
      </w:r>
      <w:r w:rsidRPr="00FF34A1">
        <w:rPr>
          <w:lang w:val="cs-CZ"/>
        </w:rPr>
        <w:t>Konkrétní skica je orientačním návrhem zejména kompozice, barevnosti, hlavních prvků a výtvarného záměru. Nejde o přesnou technickou ani fotorealistickou předlohu finálního obrazu.</w:t>
      </w:r>
    </w:p>
    <w:p w:rsidR="00753EB8" w:rsidRPr="00FF34A1" w:rsidRDefault="00E82DBC">
      <w:pPr>
        <w:spacing w:after="80" w:line="259" w:lineRule="auto"/>
        <w:rPr>
          <w:lang w:val="cs-CZ"/>
        </w:rPr>
      </w:pPr>
      <w:r w:rsidRPr="00FF34A1">
        <w:rPr>
          <w:b/>
          <w:lang w:val="cs-CZ"/>
        </w:rPr>
        <w:t xml:space="preserve">18.3 </w:t>
      </w:r>
      <w:r w:rsidRPr="00FF34A1">
        <w:rPr>
          <w:lang w:val="cs-CZ"/>
        </w:rPr>
        <w:t>Přiměřené výtvarné odchylky výsledného díla od skici, které vyplývají z charakteru ruční autorské tvorby, nejsou samy o sobě vadou, pokud výsledné dílo odpovídá sjednanému zadání.</w:t>
      </w:r>
    </w:p>
    <w:p w:rsidR="00753EB8" w:rsidRPr="00FF34A1" w:rsidRDefault="00E82DBC">
      <w:pPr>
        <w:spacing w:after="80" w:line="259" w:lineRule="auto"/>
        <w:rPr>
          <w:lang w:val="cs-CZ"/>
        </w:rPr>
      </w:pPr>
      <w:r w:rsidRPr="00FF34A1">
        <w:rPr>
          <w:b/>
          <w:lang w:val="cs-CZ"/>
        </w:rPr>
        <w:t xml:space="preserve">18.4 </w:t>
      </w:r>
      <w:r w:rsidRPr="00FF34A1">
        <w:rPr>
          <w:lang w:val="cs-CZ"/>
        </w:rPr>
        <w:t>U portrétu není garantována absolutní ani stoprocentní fotografická podobnost. Výsledkem je autorské výtvarné zpracování v charakteristickém stylu Prodávající.</w:t>
      </w:r>
    </w:p>
    <w:p w:rsidR="00753EB8" w:rsidRPr="00FF34A1" w:rsidRDefault="00E82DBC">
      <w:pPr>
        <w:pStyle w:val="Nadpis1"/>
        <w:rPr>
          <w:lang w:val="cs-CZ"/>
        </w:rPr>
      </w:pPr>
      <w:r w:rsidRPr="00FF34A1">
        <w:rPr>
          <w:lang w:val="cs-CZ"/>
        </w:rPr>
        <w:lastRenderedPageBreak/>
        <w:t>19. Úpravy zakázkového obrazu</w:t>
      </w:r>
    </w:p>
    <w:p w:rsidR="00753EB8" w:rsidRPr="00FF34A1" w:rsidRDefault="00E82DBC">
      <w:pPr>
        <w:spacing w:after="80" w:line="259" w:lineRule="auto"/>
        <w:rPr>
          <w:lang w:val="cs-CZ"/>
        </w:rPr>
      </w:pPr>
      <w:r w:rsidRPr="00FF34A1">
        <w:rPr>
          <w:b/>
          <w:lang w:val="cs-CZ"/>
        </w:rPr>
        <w:t xml:space="preserve">19.1 </w:t>
      </w:r>
      <w:r w:rsidRPr="00FF34A1">
        <w:rPr>
          <w:lang w:val="cs-CZ"/>
        </w:rPr>
        <w:t>Kupující má v původní ceně zahrnuto jedno kolo drobných úprav konkrétní skici.</w:t>
      </w:r>
    </w:p>
    <w:p w:rsidR="00753EB8" w:rsidRPr="00FF34A1" w:rsidRDefault="00E82DBC">
      <w:pPr>
        <w:spacing w:after="80" w:line="259" w:lineRule="auto"/>
        <w:rPr>
          <w:lang w:val="cs-CZ"/>
        </w:rPr>
      </w:pPr>
      <w:r w:rsidRPr="00FF34A1">
        <w:rPr>
          <w:b/>
          <w:lang w:val="cs-CZ"/>
        </w:rPr>
        <w:t xml:space="preserve">19.2 </w:t>
      </w:r>
      <w:r w:rsidRPr="00FF34A1">
        <w:rPr>
          <w:lang w:val="cs-CZ"/>
        </w:rPr>
        <w:t>Jedním kolem se rozumí jedna souhrnná sada připomínek zaslaná Kupujícím v jednom termínu.</w:t>
      </w:r>
    </w:p>
    <w:p w:rsidR="00753EB8" w:rsidRPr="00FF34A1" w:rsidRDefault="00E82DBC">
      <w:pPr>
        <w:spacing w:after="80" w:line="259" w:lineRule="auto"/>
        <w:rPr>
          <w:lang w:val="cs-CZ"/>
        </w:rPr>
      </w:pPr>
      <w:r w:rsidRPr="00FF34A1">
        <w:rPr>
          <w:b/>
          <w:lang w:val="cs-CZ"/>
        </w:rPr>
        <w:t xml:space="preserve">19.3 </w:t>
      </w:r>
      <w:r w:rsidRPr="00FF34A1">
        <w:rPr>
          <w:lang w:val="cs-CZ"/>
        </w:rPr>
        <w:t>Za drobnou změnu se považuje změna, která nemění hlavní motiv, podstatu díla ani celkovou kompozici a nevyžaduje nový návrh nebo podstatné přepracování dosavadního díla. Může jít například o drobnou změnu odstínu, menší posun prvku, úpravu detailu, drobnou změnu výrazu nebo přidání či odstranění nepodstatného prvku.</w:t>
      </w:r>
    </w:p>
    <w:p w:rsidR="00753EB8" w:rsidRPr="00FF34A1" w:rsidRDefault="00E82DBC">
      <w:pPr>
        <w:spacing w:after="80" w:line="259" w:lineRule="auto"/>
        <w:rPr>
          <w:lang w:val="cs-CZ"/>
        </w:rPr>
      </w:pPr>
      <w:r w:rsidRPr="00FF34A1">
        <w:rPr>
          <w:b/>
          <w:lang w:val="cs-CZ"/>
        </w:rPr>
        <w:t xml:space="preserve">19.4 </w:t>
      </w:r>
      <w:r w:rsidRPr="00FF34A1">
        <w:rPr>
          <w:lang w:val="cs-CZ"/>
        </w:rPr>
        <w:t>Za zásadní změnu se považuje zejména:</w:t>
      </w:r>
    </w:p>
    <w:p w:rsidR="00753EB8" w:rsidRPr="00FF34A1" w:rsidRDefault="00E82DBC">
      <w:pPr>
        <w:spacing w:after="40"/>
        <w:ind w:left="397" w:hanging="283"/>
        <w:rPr>
          <w:lang w:val="cs-CZ"/>
        </w:rPr>
      </w:pPr>
      <w:r w:rsidRPr="00FF34A1">
        <w:rPr>
          <w:b/>
          <w:lang w:val="cs-CZ"/>
        </w:rPr>
        <w:t xml:space="preserve">a) </w:t>
      </w:r>
      <w:r w:rsidRPr="00FF34A1">
        <w:rPr>
          <w:lang w:val="cs-CZ"/>
        </w:rPr>
        <w:t>změna hlavního motivu</w:t>
      </w:r>
    </w:p>
    <w:p w:rsidR="00753EB8" w:rsidRPr="00FF34A1" w:rsidRDefault="00E82DBC">
      <w:pPr>
        <w:spacing w:after="40"/>
        <w:ind w:left="397" w:hanging="283"/>
        <w:rPr>
          <w:lang w:val="cs-CZ"/>
        </w:rPr>
      </w:pPr>
      <w:r w:rsidRPr="00FF34A1">
        <w:rPr>
          <w:b/>
          <w:lang w:val="cs-CZ"/>
        </w:rPr>
        <w:t xml:space="preserve">b) </w:t>
      </w:r>
      <w:r w:rsidRPr="00FF34A1">
        <w:rPr>
          <w:lang w:val="cs-CZ"/>
        </w:rPr>
        <w:t>zásadní změna kompozice</w:t>
      </w:r>
    </w:p>
    <w:p w:rsidR="00753EB8" w:rsidRPr="00FF34A1" w:rsidRDefault="00E82DBC">
      <w:pPr>
        <w:spacing w:after="40"/>
        <w:ind w:left="397" w:hanging="283"/>
        <w:rPr>
          <w:lang w:val="cs-CZ"/>
        </w:rPr>
      </w:pPr>
      <w:r w:rsidRPr="00FF34A1">
        <w:rPr>
          <w:b/>
          <w:lang w:val="cs-CZ"/>
        </w:rPr>
        <w:t xml:space="preserve">c) </w:t>
      </w:r>
      <w:r w:rsidRPr="00FF34A1">
        <w:rPr>
          <w:lang w:val="cs-CZ"/>
        </w:rPr>
        <w:t>změna formátu nebo klíčových parametrů díla</w:t>
      </w:r>
    </w:p>
    <w:p w:rsidR="00753EB8" w:rsidRPr="00FF34A1" w:rsidRDefault="00E82DBC">
      <w:pPr>
        <w:spacing w:after="40"/>
        <w:ind w:left="397" w:hanging="283"/>
        <w:rPr>
          <w:lang w:val="cs-CZ"/>
        </w:rPr>
      </w:pPr>
      <w:r w:rsidRPr="00FF34A1">
        <w:rPr>
          <w:b/>
          <w:lang w:val="cs-CZ"/>
        </w:rPr>
        <w:t xml:space="preserve">d) </w:t>
      </w:r>
      <w:r w:rsidRPr="00FF34A1">
        <w:rPr>
          <w:lang w:val="cs-CZ"/>
        </w:rPr>
        <w:t>změna počtu nebo charakteru hlavních osob nebo prvků</w:t>
      </w:r>
    </w:p>
    <w:p w:rsidR="00753EB8" w:rsidRPr="00FF34A1" w:rsidRDefault="00E82DBC">
      <w:pPr>
        <w:spacing w:after="40"/>
        <w:ind w:left="397" w:hanging="283"/>
        <w:rPr>
          <w:lang w:val="cs-CZ"/>
        </w:rPr>
      </w:pPr>
      <w:r w:rsidRPr="00FF34A1">
        <w:rPr>
          <w:b/>
          <w:lang w:val="cs-CZ"/>
        </w:rPr>
        <w:t xml:space="preserve">e) </w:t>
      </w:r>
      <w:r w:rsidRPr="00FF34A1">
        <w:rPr>
          <w:lang w:val="cs-CZ"/>
        </w:rPr>
        <w:t>požadavek na nový návrh</w:t>
      </w:r>
    </w:p>
    <w:p w:rsidR="00753EB8" w:rsidRPr="00FF34A1" w:rsidRDefault="00E82DBC">
      <w:pPr>
        <w:spacing w:after="40"/>
        <w:ind w:left="397" w:hanging="283"/>
        <w:rPr>
          <w:lang w:val="cs-CZ"/>
        </w:rPr>
      </w:pPr>
      <w:r w:rsidRPr="00FF34A1">
        <w:rPr>
          <w:b/>
          <w:lang w:val="cs-CZ"/>
        </w:rPr>
        <w:t xml:space="preserve">f) </w:t>
      </w:r>
      <w:r w:rsidRPr="00FF34A1">
        <w:rPr>
          <w:lang w:val="cs-CZ"/>
        </w:rPr>
        <w:t>změna původního zadání</w:t>
      </w:r>
    </w:p>
    <w:p w:rsidR="00753EB8" w:rsidRPr="00FF34A1" w:rsidRDefault="00E82DBC">
      <w:pPr>
        <w:spacing w:after="40"/>
        <w:ind w:left="397" w:hanging="283"/>
        <w:rPr>
          <w:lang w:val="cs-CZ"/>
        </w:rPr>
      </w:pPr>
      <w:r w:rsidRPr="00FF34A1">
        <w:rPr>
          <w:b/>
          <w:lang w:val="cs-CZ"/>
        </w:rPr>
        <w:t xml:space="preserve">g) </w:t>
      </w:r>
      <w:r w:rsidRPr="00FF34A1">
        <w:rPr>
          <w:lang w:val="cs-CZ"/>
        </w:rPr>
        <w:t>změna vyžadující podstatné přepracování dosavadní práce</w:t>
      </w:r>
    </w:p>
    <w:p w:rsidR="00753EB8" w:rsidRPr="00FF34A1" w:rsidRDefault="00E82DBC">
      <w:pPr>
        <w:spacing w:after="80" w:line="259" w:lineRule="auto"/>
        <w:rPr>
          <w:lang w:val="cs-CZ"/>
        </w:rPr>
      </w:pPr>
      <w:r w:rsidRPr="00FF34A1">
        <w:rPr>
          <w:b/>
          <w:lang w:val="cs-CZ"/>
        </w:rPr>
        <w:t xml:space="preserve">19.5 </w:t>
      </w:r>
      <w:r w:rsidRPr="00FF34A1">
        <w:rPr>
          <w:lang w:val="cs-CZ"/>
        </w:rPr>
        <w:t>Zásadní změny ani další kola úprav nejsou zahrnuty v původně sjednané ceně a Prodávající není povinna je přijmout.</w:t>
      </w:r>
    </w:p>
    <w:p w:rsidR="00753EB8" w:rsidRPr="00FF34A1" w:rsidRDefault="00E82DBC">
      <w:pPr>
        <w:spacing w:after="80" w:line="259" w:lineRule="auto"/>
        <w:rPr>
          <w:lang w:val="cs-CZ"/>
        </w:rPr>
      </w:pPr>
      <w:r w:rsidRPr="00FF34A1">
        <w:rPr>
          <w:b/>
          <w:lang w:val="cs-CZ"/>
        </w:rPr>
        <w:t xml:space="preserve">19.6 </w:t>
      </w:r>
      <w:r w:rsidRPr="00FF34A1">
        <w:rPr>
          <w:lang w:val="cs-CZ"/>
        </w:rPr>
        <w:t>Je-li Prodávající ochotna další úpravu provést, dohodnou se strany předem na jejím rozsahu, ceně a případném prodloužení termínu.</w:t>
      </w:r>
    </w:p>
    <w:p w:rsidR="00753EB8" w:rsidRPr="00FF34A1" w:rsidRDefault="00E82DBC">
      <w:pPr>
        <w:spacing w:after="80" w:line="259" w:lineRule="auto"/>
        <w:rPr>
          <w:lang w:val="cs-CZ"/>
        </w:rPr>
      </w:pPr>
      <w:r w:rsidRPr="00FF34A1">
        <w:rPr>
          <w:b/>
          <w:lang w:val="cs-CZ"/>
        </w:rPr>
        <w:t xml:space="preserve">19.7 </w:t>
      </w:r>
      <w:r w:rsidRPr="00FF34A1">
        <w:rPr>
          <w:lang w:val="cs-CZ"/>
        </w:rPr>
        <w:t>Po řádném zapracování sjednaného kola drobných úprav není k dokončení této fáze vyžadováno další výslovné schválení Kupujícím.</w:t>
      </w:r>
    </w:p>
    <w:p w:rsidR="00753EB8" w:rsidRPr="00FF34A1" w:rsidRDefault="00E82DBC">
      <w:pPr>
        <w:spacing w:after="80" w:line="259" w:lineRule="auto"/>
        <w:rPr>
          <w:lang w:val="cs-CZ"/>
        </w:rPr>
      </w:pPr>
      <w:r w:rsidRPr="00FF34A1">
        <w:rPr>
          <w:b/>
          <w:lang w:val="cs-CZ"/>
        </w:rPr>
        <w:t xml:space="preserve">19.8 </w:t>
      </w:r>
      <w:r w:rsidRPr="00FF34A1">
        <w:rPr>
          <w:lang w:val="cs-CZ"/>
        </w:rPr>
        <w:t>Pokud Prodávající sjednanou připomínku neprovedla nebo ji provedla v rozporu s dohodou, náprava takového nesouladu se nepovažuje za další placené kolo úprav.</w:t>
      </w:r>
    </w:p>
    <w:p w:rsidR="00753EB8" w:rsidRPr="00FF34A1" w:rsidRDefault="00E82DBC">
      <w:pPr>
        <w:pStyle w:val="Nadpis1"/>
        <w:rPr>
          <w:lang w:val="cs-CZ"/>
        </w:rPr>
      </w:pPr>
      <w:r w:rsidRPr="00FF34A1">
        <w:rPr>
          <w:lang w:val="cs-CZ"/>
        </w:rPr>
        <w:t>20. První část ceny a ukončení zakázky</w:t>
      </w:r>
    </w:p>
    <w:p w:rsidR="00753EB8" w:rsidRPr="00FF34A1" w:rsidRDefault="00E82DBC">
      <w:pPr>
        <w:spacing w:after="80" w:line="259" w:lineRule="auto"/>
        <w:rPr>
          <w:lang w:val="cs-CZ"/>
        </w:rPr>
      </w:pPr>
      <w:r w:rsidRPr="00FF34A1">
        <w:rPr>
          <w:b/>
          <w:lang w:val="cs-CZ"/>
        </w:rPr>
        <w:t xml:space="preserve">20.1 </w:t>
      </w:r>
      <w:r w:rsidRPr="00FF34A1">
        <w:rPr>
          <w:lang w:val="cs-CZ"/>
        </w:rPr>
        <w:t>Prvních 50 % sjednané ceny je první částí ceny zakázkového díla, nikoli smluvní pokutou.</w:t>
      </w:r>
    </w:p>
    <w:p w:rsidR="00753EB8" w:rsidRPr="00FF34A1" w:rsidRDefault="00E82DBC">
      <w:pPr>
        <w:spacing w:after="80" w:line="259" w:lineRule="auto"/>
        <w:rPr>
          <w:lang w:val="cs-CZ"/>
        </w:rPr>
      </w:pPr>
      <w:r w:rsidRPr="00FF34A1">
        <w:rPr>
          <w:b/>
          <w:lang w:val="cs-CZ"/>
        </w:rPr>
        <w:t xml:space="preserve">20.2 </w:t>
      </w:r>
      <w:r w:rsidRPr="00FF34A1">
        <w:rPr>
          <w:lang w:val="cs-CZ"/>
        </w:rPr>
        <w:t>Pokud Kupující nevybere žádný z předložených prvotních návrhů a zakázka je ukončena před zahájením zpracování konkrétní skici, vrátí Prodávající první část ceny v plné výši.</w:t>
      </w:r>
    </w:p>
    <w:p w:rsidR="00753EB8" w:rsidRPr="00FF34A1" w:rsidRDefault="00E82DBC">
      <w:pPr>
        <w:spacing w:after="80" w:line="259" w:lineRule="auto"/>
        <w:rPr>
          <w:lang w:val="cs-CZ"/>
        </w:rPr>
      </w:pPr>
      <w:r w:rsidRPr="00FF34A1">
        <w:rPr>
          <w:b/>
          <w:lang w:val="cs-CZ"/>
        </w:rPr>
        <w:t xml:space="preserve">20.3 </w:t>
      </w:r>
      <w:r w:rsidRPr="00FF34A1">
        <w:rPr>
          <w:lang w:val="cs-CZ"/>
        </w:rPr>
        <w:t>Jakmile Kupující zvolí výtvarný směr nebo Prodávající na základě dohody začne zpracovávat konkrétní skicu a Kupující následně zakázku ukončí před řádným zapracováním prvního kola drobných úprav, náleží Prodávající část ceny odpovídající skutečně provedeným pracím a účelně vynaloženým nákladům.</w:t>
      </w:r>
    </w:p>
    <w:p w:rsidR="00753EB8" w:rsidRPr="00FF34A1" w:rsidRDefault="00E82DBC">
      <w:pPr>
        <w:spacing w:after="80" w:line="259" w:lineRule="auto"/>
        <w:rPr>
          <w:lang w:val="cs-CZ"/>
        </w:rPr>
      </w:pPr>
      <w:r w:rsidRPr="00FF34A1">
        <w:rPr>
          <w:b/>
          <w:lang w:val="cs-CZ"/>
        </w:rPr>
        <w:t xml:space="preserve">20.4 </w:t>
      </w:r>
      <w:r w:rsidRPr="00FF34A1">
        <w:rPr>
          <w:lang w:val="cs-CZ"/>
        </w:rPr>
        <w:t>Při určení této částky se přihlédne zejména k rozsahu a časové náročnosti provedené práce, stavu rozpracovanosti, vytvořeným návrhům a skicám, rozsahu individuální přípravy a komunikace a k účelně vynaloženým nákladům. Na žádost Kupujícího Prodávající přiměřeně vysvětlí způsob stanovení této částky.</w:t>
      </w:r>
    </w:p>
    <w:p w:rsidR="00753EB8" w:rsidRPr="00FF34A1" w:rsidRDefault="00E82DBC">
      <w:pPr>
        <w:spacing w:after="80" w:line="259" w:lineRule="auto"/>
        <w:rPr>
          <w:lang w:val="cs-CZ"/>
        </w:rPr>
      </w:pPr>
      <w:r w:rsidRPr="00FF34A1">
        <w:rPr>
          <w:b/>
          <w:lang w:val="cs-CZ"/>
        </w:rPr>
        <w:t xml:space="preserve">20.5 </w:t>
      </w:r>
      <w:r w:rsidRPr="00FF34A1">
        <w:rPr>
          <w:lang w:val="cs-CZ"/>
        </w:rPr>
        <w:t>Po řádném zapracování jednoho sjednaného kola drobných úprav se první část ceny ve výši 50 % považuje za cenu za dokončenou první fázi zakázky. Pokud Kupující následně zakázku ukončí z důvodu na své straně, tato část ceny se nevrací.</w:t>
      </w:r>
    </w:p>
    <w:p w:rsidR="00753EB8" w:rsidRPr="00FF34A1" w:rsidRDefault="00E82DBC">
      <w:pPr>
        <w:spacing w:after="80" w:line="259" w:lineRule="auto"/>
        <w:rPr>
          <w:lang w:val="cs-CZ"/>
        </w:rPr>
      </w:pPr>
      <w:r w:rsidRPr="00FF34A1">
        <w:rPr>
          <w:b/>
          <w:lang w:val="cs-CZ"/>
        </w:rPr>
        <w:t xml:space="preserve">20.6 </w:t>
      </w:r>
      <w:r w:rsidRPr="00FF34A1">
        <w:rPr>
          <w:lang w:val="cs-CZ"/>
        </w:rPr>
        <w:t>Předchozí ustanovení neomezuje práva Kupujícího v případě, že Prodávající nesplnila sjednané zadání nebo řádně neprovedla dohodnuté připomínky.</w:t>
      </w:r>
    </w:p>
    <w:p w:rsidR="00753EB8" w:rsidRPr="00FF34A1" w:rsidRDefault="00E82DBC">
      <w:pPr>
        <w:spacing w:after="80" w:line="259" w:lineRule="auto"/>
        <w:rPr>
          <w:lang w:val="cs-CZ"/>
        </w:rPr>
      </w:pPr>
      <w:r w:rsidRPr="00FF34A1">
        <w:rPr>
          <w:b/>
          <w:lang w:val="cs-CZ"/>
        </w:rPr>
        <w:t xml:space="preserve">20.7 </w:t>
      </w:r>
      <w:r w:rsidRPr="00FF34A1">
        <w:rPr>
          <w:lang w:val="cs-CZ"/>
        </w:rPr>
        <w:t>Ukončí-li zakázku Prodávající z důvodu na své straně, vypořádají strany dosud poskytnutá plnění podle rozsahu skutečně a řádně provedené práce; případnou část první platby, která neodpovídá již poskytnutému plnění, Prodávající vrátí.</w:t>
      </w:r>
    </w:p>
    <w:p w:rsidR="00753EB8" w:rsidRPr="00FF34A1" w:rsidRDefault="00E82DBC">
      <w:pPr>
        <w:pStyle w:val="Nadpis1"/>
        <w:rPr>
          <w:lang w:val="cs-CZ"/>
        </w:rPr>
      </w:pPr>
      <w:r w:rsidRPr="00FF34A1">
        <w:rPr>
          <w:lang w:val="cs-CZ"/>
        </w:rPr>
        <w:lastRenderedPageBreak/>
        <w:t>21. Součinnost Kupujícího u zakázkové tvorby</w:t>
      </w:r>
    </w:p>
    <w:p w:rsidR="00753EB8" w:rsidRPr="00FF34A1" w:rsidRDefault="00E82DBC">
      <w:pPr>
        <w:spacing w:after="80" w:line="259" w:lineRule="auto"/>
        <w:rPr>
          <w:lang w:val="cs-CZ"/>
        </w:rPr>
      </w:pPr>
      <w:r w:rsidRPr="00FF34A1">
        <w:rPr>
          <w:b/>
          <w:lang w:val="cs-CZ"/>
        </w:rPr>
        <w:t xml:space="preserve">21.1 </w:t>
      </w:r>
      <w:r w:rsidRPr="00FF34A1">
        <w:rPr>
          <w:lang w:val="cs-CZ"/>
        </w:rPr>
        <w:t>Kupující je povinen poskytovat součinnost rozumně potřebnou k pokračování zakázky, zejména dodat potřebné podklady a reagovat na požadavky týkající se návrhu nebo dalších kroků tvorby.</w:t>
      </w:r>
    </w:p>
    <w:p w:rsidR="00753EB8" w:rsidRPr="00FF34A1" w:rsidRDefault="00E82DBC">
      <w:pPr>
        <w:spacing w:after="80" w:line="259" w:lineRule="auto"/>
        <w:rPr>
          <w:lang w:val="cs-CZ"/>
        </w:rPr>
      </w:pPr>
      <w:r w:rsidRPr="00FF34A1">
        <w:rPr>
          <w:b/>
          <w:lang w:val="cs-CZ"/>
        </w:rPr>
        <w:t xml:space="preserve">21.2 </w:t>
      </w:r>
      <w:r w:rsidRPr="00FF34A1">
        <w:rPr>
          <w:lang w:val="cs-CZ"/>
        </w:rPr>
        <w:t>Pokud Kupující neposkytne potřebnou součinnost po dobu 14 kalendářních dnů, může jej Prodávající e-mailem vyzvat k jejímu poskytnutí a stanovit mu dodatečnou lhůtu 14 kalendářních dnů.</w:t>
      </w:r>
    </w:p>
    <w:p w:rsidR="00753EB8" w:rsidRPr="00FF34A1" w:rsidRDefault="00E7185E">
      <w:pPr>
        <w:spacing w:after="80" w:line="259" w:lineRule="auto"/>
        <w:rPr>
          <w:lang w:val="cs-CZ"/>
        </w:rPr>
      </w:pPr>
      <w:r>
        <w:rPr>
          <w:b/>
          <w:lang w:val="cs-CZ"/>
        </w:rPr>
        <w:t>21.3</w:t>
      </w:r>
      <w:r w:rsidR="00E82DBC" w:rsidRPr="00FF34A1">
        <w:rPr>
          <w:b/>
          <w:lang w:val="cs-CZ"/>
        </w:rPr>
        <w:t xml:space="preserve"> </w:t>
      </w:r>
      <w:r w:rsidR="00E82DBC" w:rsidRPr="00FF34A1">
        <w:rPr>
          <w:lang w:val="cs-CZ"/>
        </w:rPr>
        <w:t>Neposkytne-li Kupující součinnost ani v dodatečné lhůtě, může Prodávající od smlouvy odstoupit. Finanční vypořádání se provede podle rozsahu dosud řádně provedené práce a těchto VOP.</w:t>
      </w:r>
    </w:p>
    <w:p w:rsidR="00753EB8" w:rsidRPr="00FF34A1" w:rsidRDefault="00E7185E">
      <w:pPr>
        <w:spacing w:after="80" w:line="259" w:lineRule="auto"/>
        <w:rPr>
          <w:lang w:val="cs-CZ"/>
        </w:rPr>
      </w:pPr>
      <w:r>
        <w:rPr>
          <w:b/>
          <w:lang w:val="cs-CZ"/>
        </w:rPr>
        <w:t>21.4</w:t>
      </w:r>
      <w:r w:rsidR="00E82DBC" w:rsidRPr="00FF34A1">
        <w:rPr>
          <w:b/>
          <w:lang w:val="cs-CZ"/>
        </w:rPr>
        <w:t xml:space="preserve"> </w:t>
      </w:r>
      <w:r w:rsidR="00E82DBC" w:rsidRPr="00FF34A1">
        <w:rPr>
          <w:lang w:val="cs-CZ"/>
        </w:rPr>
        <w:t>Po dobu, po kterou Kupující neposkytuje potřebnou součinnost, se přiměřeně posouvá termín dokončení zakázky. Termín se může prodloužit rovněž o dobu nezbytně potřebnou k opětovnému zařazení zakázky do pracovního harmonogramu Prodávající; Prodávající o tom Kupujícího informuje.</w:t>
      </w:r>
    </w:p>
    <w:p w:rsidR="00753EB8" w:rsidRPr="00FF34A1" w:rsidRDefault="00E7185E">
      <w:pPr>
        <w:spacing w:after="80" w:line="259" w:lineRule="auto"/>
        <w:rPr>
          <w:lang w:val="cs-CZ"/>
        </w:rPr>
      </w:pPr>
      <w:r>
        <w:rPr>
          <w:b/>
          <w:lang w:val="cs-CZ"/>
        </w:rPr>
        <w:t>21.5</w:t>
      </w:r>
      <w:r w:rsidR="00E82DBC" w:rsidRPr="00FF34A1">
        <w:rPr>
          <w:b/>
          <w:lang w:val="cs-CZ"/>
        </w:rPr>
        <w:t xml:space="preserve"> </w:t>
      </w:r>
      <w:r w:rsidR="00E82DBC" w:rsidRPr="00FF34A1">
        <w:rPr>
          <w:lang w:val="cs-CZ"/>
        </w:rPr>
        <w:t>Pokud Kupující po uzavření smlouvy opakovaně požaduje plnění nebo změny, které podstatně překračují sjednané zadání nebo sjednaný proces zakázkové tvorby, nebo svým způsobem spolupráce objektivně znemožňuje či nepřiměřeně ztěžuje dokončení díla za sjednaných podmínek, může jej Prodávající písemně, včetně e-mailu, upozornit na konkrétní problém a vyzvat jej k nápravě nebo k dohodě o změně rozsahu, ceny či termínu zakázky.</w:t>
      </w:r>
    </w:p>
    <w:p w:rsidR="00753EB8" w:rsidRPr="00FF34A1" w:rsidRDefault="00E7185E">
      <w:pPr>
        <w:spacing w:after="80" w:line="259" w:lineRule="auto"/>
        <w:rPr>
          <w:lang w:val="cs-CZ"/>
        </w:rPr>
      </w:pPr>
      <w:r>
        <w:rPr>
          <w:b/>
          <w:lang w:val="cs-CZ"/>
        </w:rPr>
        <w:t>21.6</w:t>
      </w:r>
      <w:r w:rsidR="00E82DBC" w:rsidRPr="00FF34A1">
        <w:rPr>
          <w:b/>
          <w:lang w:val="cs-CZ"/>
        </w:rPr>
        <w:t xml:space="preserve"> </w:t>
      </w:r>
      <w:r w:rsidR="00E82DBC" w:rsidRPr="00FF34A1">
        <w:rPr>
          <w:lang w:val="cs-CZ"/>
        </w:rPr>
        <w:t>Za situace podle předchozího odstavce lze považovat zejména opakované požadavky na zásadní změny mimo původní zadání, opakované požadavky na další kola úprav poté, co byl sjednaný rozsah úprav vyčerpán, trvání na vytvoření nepřiměřeně podrobné, fotorealistické nebo technické skici či vizualizace, která nebyla sjednána, opakovaně rozporné nebo zásadně se měnící pokyny, které znemožňují vymezit finální zadání, nebo jiný způsob komunikace či zadávání požadavků, který objektivně brání řádnému pokračování zakázky.</w:t>
      </w:r>
    </w:p>
    <w:p w:rsidR="00753EB8" w:rsidRPr="00FF34A1" w:rsidRDefault="00E7185E">
      <w:pPr>
        <w:spacing w:after="80" w:line="259" w:lineRule="auto"/>
        <w:rPr>
          <w:lang w:val="cs-CZ"/>
        </w:rPr>
      </w:pPr>
      <w:r>
        <w:rPr>
          <w:b/>
          <w:lang w:val="cs-CZ"/>
        </w:rPr>
        <w:t>21.7</w:t>
      </w:r>
      <w:r w:rsidR="00E82DBC" w:rsidRPr="00FF34A1">
        <w:rPr>
          <w:b/>
          <w:lang w:val="cs-CZ"/>
        </w:rPr>
        <w:t xml:space="preserve"> </w:t>
      </w:r>
      <w:r w:rsidR="00E82DBC" w:rsidRPr="00FF34A1">
        <w:rPr>
          <w:lang w:val="cs-CZ"/>
        </w:rPr>
        <w:t>Prodávající poskytne Kupujícímu přiměřenou lhůtu k nápravě nebo k dosažení dohody o dalším postupu, zpravidla alespoň 7 kalendářních dnů, pokud povaha situace neodůvodňuje jinou přiměřenou lhůtu. Současně jej upozorní, že pokud k nápravě nebo dohodě nedojde a po Prodávající nelze spravedlivě požadovat pokračování zakázky za původně sjednaných podmínek, může Prodávající od smlouvy odstoupit.</w:t>
      </w:r>
    </w:p>
    <w:p w:rsidR="00753EB8" w:rsidRPr="00FF34A1" w:rsidRDefault="00E7185E">
      <w:pPr>
        <w:spacing w:after="80" w:line="259" w:lineRule="auto"/>
        <w:rPr>
          <w:lang w:val="cs-CZ"/>
        </w:rPr>
      </w:pPr>
      <w:r>
        <w:rPr>
          <w:b/>
          <w:lang w:val="cs-CZ"/>
        </w:rPr>
        <w:t>21.8</w:t>
      </w:r>
      <w:r w:rsidR="00E82DBC" w:rsidRPr="00FF34A1">
        <w:rPr>
          <w:b/>
          <w:lang w:val="cs-CZ"/>
        </w:rPr>
        <w:t xml:space="preserve"> </w:t>
      </w:r>
      <w:r w:rsidR="00E82DBC" w:rsidRPr="00FF34A1">
        <w:rPr>
          <w:lang w:val="cs-CZ"/>
        </w:rPr>
        <w:t>Nedojde-li ani v této lhůtě k nápravě nebo přiměřené dohodě a popsaný stav nadále objektivně brání nebo nepřiměřeně ztěžuje dokončení zakázky, je Prodávající oprávněna od smlouvy odstoupit. Finanční vypořádání se provede podle článku 20 těchto VOP podle fáze, v níž se zakázka v okamžiku odstoupení nachází; Prodávající si neponechá část ceny za plnění, které řádně neposkytla.</w:t>
      </w:r>
    </w:p>
    <w:p w:rsidR="00753EB8" w:rsidRPr="00FF34A1" w:rsidRDefault="00E7185E">
      <w:pPr>
        <w:spacing w:after="80" w:line="259" w:lineRule="auto"/>
        <w:rPr>
          <w:lang w:val="cs-CZ"/>
        </w:rPr>
      </w:pPr>
      <w:r>
        <w:rPr>
          <w:b/>
          <w:lang w:val="cs-CZ"/>
        </w:rPr>
        <w:t>21.9</w:t>
      </w:r>
      <w:r w:rsidR="00E82DBC" w:rsidRPr="00FF34A1">
        <w:rPr>
          <w:b/>
          <w:lang w:val="cs-CZ"/>
        </w:rPr>
        <w:t xml:space="preserve"> </w:t>
      </w:r>
      <w:r>
        <w:rPr>
          <w:lang w:val="cs-CZ"/>
        </w:rPr>
        <w:t>Ustanovení čl. 21.5 až 21.8</w:t>
      </w:r>
      <w:r w:rsidR="00E82DBC" w:rsidRPr="00FF34A1">
        <w:rPr>
          <w:lang w:val="cs-CZ"/>
        </w:rPr>
        <w:t xml:space="preserve"> nelze použít k ukončení zakázky z důvodu oprávněné reklamace, oprávněného požadavku Kupujícího na nápravu nesouladu se sjednaným zadáním nebo z důvodu, který vznikl převážně porušením povinností Prodávající.</w:t>
      </w:r>
    </w:p>
    <w:p w:rsidR="00753EB8" w:rsidRPr="00FF34A1" w:rsidRDefault="00E82DBC">
      <w:pPr>
        <w:pStyle w:val="Nadpis1"/>
        <w:rPr>
          <w:lang w:val="cs-CZ"/>
        </w:rPr>
      </w:pPr>
      <w:r w:rsidRPr="00FF34A1">
        <w:rPr>
          <w:lang w:val="cs-CZ"/>
        </w:rPr>
        <w:t>22. Doplatek zakázkového obrazu</w:t>
      </w:r>
    </w:p>
    <w:p w:rsidR="00753EB8" w:rsidRPr="00FF34A1" w:rsidRDefault="00E82DBC">
      <w:pPr>
        <w:spacing w:after="80" w:line="259" w:lineRule="auto"/>
        <w:rPr>
          <w:lang w:val="cs-CZ"/>
        </w:rPr>
      </w:pPr>
      <w:r w:rsidRPr="00FF34A1">
        <w:rPr>
          <w:b/>
          <w:lang w:val="cs-CZ"/>
        </w:rPr>
        <w:t xml:space="preserve">22.1 </w:t>
      </w:r>
      <w:r w:rsidRPr="00FF34A1">
        <w:rPr>
          <w:lang w:val="cs-CZ"/>
        </w:rPr>
        <w:t>Zbývajících 50 % ceny je splatných před předáním nebo odesláním hotového obrazu, není-li dohodnuto jinak.</w:t>
      </w:r>
    </w:p>
    <w:p w:rsidR="00753EB8" w:rsidRPr="00FF34A1" w:rsidRDefault="00E82DBC">
      <w:pPr>
        <w:spacing w:after="80" w:line="259" w:lineRule="auto"/>
        <w:rPr>
          <w:lang w:val="cs-CZ"/>
        </w:rPr>
      </w:pPr>
      <w:r w:rsidRPr="00FF34A1">
        <w:rPr>
          <w:b/>
          <w:lang w:val="cs-CZ"/>
        </w:rPr>
        <w:t xml:space="preserve">22.2 </w:t>
      </w:r>
      <w:r w:rsidRPr="00FF34A1">
        <w:rPr>
          <w:lang w:val="cs-CZ"/>
        </w:rPr>
        <w:t>Vlastnické právo k fyzickému zakázkovému obrazu přechází na Kupujícího až úplným zaplacením sjednané ceny.</w:t>
      </w:r>
    </w:p>
    <w:p w:rsidR="00753EB8" w:rsidRPr="00FF34A1" w:rsidRDefault="00E82DBC">
      <w:pPr>
        <w:spacing w:after="80" w:line="259" w:lineRule="auto"/>
        <w:rPr>
          <w:lang w:val="cs-CZ"/>
        </w:rPr>
      </w:pPr>
      <w:r w:rsidRPr="00FF34A1">
        <w:rPr>
          <w:b/>
          <w:lang w:val="cs-CZ"/>
        </w:rPr>
        <w:t xml:space="preserve">22.3 </w:t>
      </w:r>
      <w:r w:rsidRPr="00FF34A1">
        <w:rPr>
          <w:lang w:val="cs-CZ"/>
        </w:rPr>
        <w:t>Neuhradí-li Kupující doplatek, může jej Prodávající vyzvat k úhradě v dodatečné přiměřené lhůtě.</w:t>
      </w:r>
    </w:p>
    <w:p w:rsidR="00753EB8" w:rsidRPr="00FF34A1" w:rsidRDefault="00E82DBC">
      <w:pPr>
        <w:spacing w:after="80" w:line="259" w:lineRule="auto"/>
        <w:rPr>
          <w:lang w:val="cs-CZ"/>
        </w:rPr>
      </w:pPr>
      <w:r w:rsidRPr="00FF34A1">
        <w:rPr>
          <w:b/>
          <w:lang w:val="cs-CZ"/>
        </w:rPr>
        <w:t xml:space="preserve">22.4 </w:t>
      </w:r>
      <w:r w:rsidRPr="00FF34A1">
        <w:rPr>
          <w:lang w:val="cs-CZ"/>
        </w:rPr>
        <w:t>Nebude-li doplatek uhrazen ani v dodatečné lhůtě, může Prodávající od smlouvy odstoupit, jsou-li splněny zákonné podmínky.</w:t>
      </w:r>
    </w:p>
    <w:p w:rsidR="00753EB8" w:rsidRPr="00FF34A1" w:rsidRDefault="00E82DBC">
      <w:pPr>
        <w:spacing w:after="80" w:line="259" w:lineRule="auto"/>
        <w:rPr>
          <w:lang w:val="cs-CZ"/>
        </w:rPr>
      </w:pPr>
      <w:r w:rsidRPr="00FF34A1">
        <w:rPr>
          <w:b/>
          <w:lang w:val="cs-CZ"/>
        </w:rPr>
        <w:t xml:space="preserve">22.5 </w:t>
      </w:r>
      <w:r w:rsidRPr="00FF34A1">
        <w:rPr>
          <w:lang w:val="cs-CZ"/>
        </w:rPr>
        <w:t>Po ukončení smluvního vztahu a vypořádání práv stran může Prodávající s obrazem, který zůstal v jejím vlastnictví, dále nakládat v rozsahu dovoleném právními předpisy, včetně jeho nabídnutí jiné osobě. U portrétů nebo jiných děl obsahujících práva třetích osob se použijí omezení uvedená níže.</w:t>
      </w:r>
    </w:p>
    <w:p w:rsidR="00753EB8" w:rsidRPr="00FF34A1" w:rsidRDefault="00E82DBC">
      <w:pPr>
        <w:pStyle w:val="Nadpis1"/>
        <w:rPr>
          <w:lang w:val="cs-CZ"/>
        </w:rPr>
      </w:pPr>
      <w:r w:rsidRPr="00FF34A1">
        <w:rPr>
          <w:lang w:val="cs-CZ"/>
        </w:rPr>
        <w:t>23. Předlohy a portréty</w:t>
      </w:r>
    </w:p>
    <w:p w:rsidR="00753EB8" w:rsidRPr="00FF34A1" w:rsidRDefault="00E82DBC">
      <w:pPr>
        <w:spacing w:after="80" w:line="259" w:lineRule="auto"/>
        <w:rPr>
          <w:lang w:val="cs-CZ"/>
        </w:rPr>
      </w:pPr>
      <w:r w:rsidRPr="00FF34A1">
        <w:rPr>
          <w:b/>
          <w:lang w:val="cs-CZ"/>
        </w:rPr>
        <w:t xml:space="preserve">23.1 </w:t>
      </w:r>
      <w:r w:rsidRPr="00FF34A1">
        <w:rPr>
          <w:lang w:val="cs-CZ"/>
        </w:rPr>
        <w:t>Poskytne-li Kupující Prodávající fotografii, ilustraci nebo jinou předlohu, prohlašuje, že je oprávněn ji Prodávající poskytnout za účelem vytvoření sjednaného díla.</w:t>
      </w:r>
    </w:p>
    <w:p w:rsidR="00753EB8" w:rsidRPr="00FF34A1" w:rsidRDefault="00E82DBC">
      <w:pPr>
        <w:spacing w:after="80" w:line="259" w:lineRule="auto"/>
        <w:rPr>
          <w:lang w:val="cs-CZ"/>
        </w:rPr>
      </w:pPr>
      <w:r w:rsidRPr="00FF34A1">
        <w:rPr>
          <w:b/>
          <w:lang w:val="cs-CZ"/>
        </w:rPr>
        <w:lastRenderedPageBreak/>
        <w:t xml:space="preserve">23.2 </w:t>
      </w:r>
      <w:r w:rsidRPr="00FF34A1">
        <w:rPr>
          <w:lang w:val="cs-CZ"/>
        </w:rPr>
        <w:t>Kupující odpovídá za to, že použitím jím poskytnuté předlohy v rozsahu potřebném ke splnění zakázky nebudou neoprávněně zasažena práva třetích osob.</w:t>
      </w:r>
    </w:p>
    <w:p w:rsidR="00753EB8" w:rsidRPr="00FF34A1" w:rsidRDefault="00E82DBC">
      <w:pPr>
        <w:spacing w:after="80" w:line="259" w:lineRule="auto"/>
        <w:rPr>
          <w:lang w:val="cs-CZ"/>
        </w:rPr>
      </w:pPr>
      <w:r w:rsidRPr="00FF34A1">
        <w:rPr>
          <w:b/>
          <w:lang w:val="cs-CZ"/>
        </w:rPr>
        <w:t xml:space="preserve">23.3 </w:t>
      </w:r>
      <w:r w:rsidRPr="00FF34A1">
        <w:rPr>
          <w:lang w:val="cs-CZ"/>
        </w:rPr>
        <w:t>Prodávající může odmítnout použití předlohy, která je právně problematická, kvalitativně nedostatečná nebo nevhodná pro její výtvarné zpracování.</w:t>
      </w:r>
    </w:p>
    <w:p w:rsidR="00753EB8" w:rsidRPr="00FF34A1" w:rsidRDefault="00E82DBC">
      <w:pPr>
        <w:spacing w:after="80" w:line="259" w:lineRule="auto"/>
        <w:rPr>
          <w:lang w:val="cs-CZ"/>
        </w:rPr>
      </w:pPr>
      <w:r w:rsidRPr="00FF34A1">
        <w:rPr>
          <w:b/>
          <w:lang w:val="cs-CZ"/>
        </w:rPr>
        <w:t xml:space="preserve">23.4 </w:t>
      </w:r>
      <w:r w:rsidRPr="00FF34A1">
        <w:rPr>
          <w:lang w:val="cs-CZ"/>
        </w:rPr>
        <w:t>Samotné poskytnutí fotografie zobrazující konkrétní osobu neznamená, že Prodávající získává neomezené právo tuto fotografii nebo výsledný portrét veřejně zveřejňovat, propagovat nebo prodávat.</w:t>
      </w:r>
    </w:p>
    <w:p w:rsidR="00753EB8" w:rsidRPr="00FF34A1" w:rsidRDefault="00E82DBC">
      <w:pPr>
        <w:pStyle w:val="Nadpis1"/>
        <w:rPr>
          <w:lang w:val="cs-CZ"/>
        </w:rPr>
      </w:pPr>
      <w:r w:rsidRPr="00FF34A1">
        <w:rPr>
          <w:lang w:val="cs-CZ"/>
        </w:rPr>
        <w:t>24. Zakázková díla a portfolio</w:t>
      </w:r>
    </w:p>
    <w:p w:rsidR="00753EB8" w:rsidRPr="00FF34A1" w:rsidRDefault="00E82DBC">
      <w:pPr>
        <w:spacing w:after="80" w:line="259" w:lineRule="auto"/>
        <w:rPr>
          <w:lang w:val="cs-CZ"/>
        </w:rPr>
      </w:pPr>
      <w:r w:rsidRPr="00FF34A1">
        <w:rPr>
          <w:b/>
          <w:lang w:val="cs-CZ"/>
        </w:rPr>
        <w:t xml:space="preserve">24.1 </w:t>
      </w:r>
      <w:r w:rsidRPr="00FF34A1">
        <w:rPr>
          <w:lang w:val="cs-CZ"/>
        </w:rPr>
        <w:t>U zakázkového díla, které nezobrazuje identifikovatelnou konkrétní osobu, neobsahuje důvěrné informace a jeho zveřejnění není v rozporu s oprávněnými zájmy Kupujícího nebo třetí osoby, je Prodávající v rozsahu dovoleném autorským zákonem oprávněna pořídit fotografie díla a používat je zejména:</w:t>
      </w:r>
    </w:p>
    <w:p w:rsidR="00753EB8" w:rsidRPr="00FF34A1" w:rsidRDefault="00E82DBC">
      <w:pPr>
        <w:spacing w:after="40"/>
        <w:ind w:left="397" w:hanging="283"/>
        <w:rPr>
          <w:lang w:val="cs-CZ"/>
        </w:rPr>
      </w:pPr>
      <w:r w:rsidRPr="00FF34A1">
        <w:rPr>
          <w:b/>
          <w:lang w:val="cs-CZ"/>
        </w:rPr>
        <w:t xml:space="preserve">a) </w:t>
      </w:r>
      <w:r w:rsidRPr="00FF34A1">
        <w:rPr>
          <w:lang w:val="cs-CZ"/>
        </w:rPr>
        <w:t>v portfoliu</w:t>
      </w:r>
    </w:p>
    <w:p w:rsidR="00753EB8" w:rsidRPr="00FF34A1" w:rsidRDefault="00E82DBC">
      <w:pPr>
        <w:spacing w:after="40"/>
        <w:ind w:left="397" w:hanging="283"/>
        <w:rPr>
          <w:lang w:val="cs-CZ"/>
        </w:rPr>
      </w:pPr>
      <w:r w:rsidRPr="00FF34A1">
        <w:rPr>
          <w:b/>
          <w:lang w:val="cs-CZ"/>
        </w:rPr>
        <w:t xml:space="preserve">b) </w:t>
      </w:r>
      <w:r w:rsidRPr="00FF34A1">
        <w:rPr>
          <w:lang w:val="cs-CZ"/>
        </w:rPr>
        <w:t>na webových stránkách a sociálních sítích</w:t>
      </w:r>
    </w:p>
    <w:p w:rsidR="00753EB8" w:rsidRPr="00FF34A1" w:rsidRDefault="00E82DBC">
      <w:pPr>
        <w:spacing w:after="40"/>
        <w:ind w:left="397" w:hanging="283"/>
        <w:rPr>
          <w:lang w:val="cs-CZ"/>
        </w:rPr>
      </w:pPr>
      <w:r w:rsidRPr="00FF34A1">
        <w:rPr>
          <w:b/>
          <w:lang w:val="cs-CZ"/>
        </w:rPr>
        <w:t xml:space="preserve">c) </w:t>
      </w:r>
      <w:r w:rsidRPr="00FF34A1">
        <w:rPr>
          <w:lang w:val="cs-CZ"/>
        </w:rPr>
        <w:t>na výstavách</w:t>
      </w:r>
    </w:p>
    <w:p w:rsidR="00753EB8" w:rsidRPr="00FF34A1" w:rsidRDefault="00E82DBC">
      <w:pPr>
        <w:spacing w:after="40"/>
        <w:ind w:left="397" w:hanging="283"/>
        <w:rPr>
          <w:lang w:val="cs-CZ"/>
        </w:rPr>
      </w:pPr>
      <w:r w:rsidRPr="00FF34A1">
        <w:rPr>
          <w:b/>
          <w:lang w:val="cs-CZ"/>
        </w:rPr>
        <w:t xml:space="preserve">d) </w:t>
      </w:r>
      <w:r w:rsidRPr="00FF34A1">
        <w:rPr>
          <w:lang w:val="cs-CZ"/>
        </w:rPr>
        <w:t>v katalozích a tiskových materiálech</w:t>
      </w:r>
    </w:p>
    <w:p w:rsidR="00753EB8" w:rsidRPr="00FF34A1" w:rsidRDefault="00E82DBC">
      <w:pPr>
        <w:spacing w:after="40"/>
        <w:ind w:left="397" w:hanging="283"/>
        <w:rPr>
          <w:lang w:val="cs-CZ"/>
        </w:rPr>
      </w:pPr>
      <w:r w:rsidRPr="00FF34A1">
        <w:rPr>
          <w:b/>
          <w:lang w:val="cs-CZ"/>
        </w:rPr>
        <w:t xml:space="preserve">e) </w:t>
      </w:r>
      <w:r w:rsidRPr="00FF34A1">
        <w:rPr>
          <w:lang w:val="cs-CZ"/>
        </w:rPr>
        <w:t>při propagaci vlastní tvorby</w:t>
      </w:r>
    </w:p>
    <w:p w:rsidR="00753EB8" w:rsidRPr="00FF34A1" w:rsidRDefault="00E82DBC">
      <w:pPr>
        <w:spacing w:after="80" w:line="259" w:lineRule="auto"/>
        <w:rPr>
          <w:lang w:val="cs-CZ"/>
        </w:rPr>
      </w:pPr>
      <w:r w:rsidRPr="00FF34A1">
        <w:rPr>
          <w:b/>
          <w:lang w:val="cs-CZ"/>
        </w:rPr>
        <w:t xml:space="preserve">24.2 </w:t>
      </w:r>
      <w:r w:rsidRPr="00FF34A1">
        <w:rPr>
          <w:lang w:val="cs-CZ"/>
        </w:rPr>
        <w:t>Pokud má Kupující oprávněný důvod požadovat důvěrný režim, sdělí jej Prodávající pokud možno před uzavřením zakázky. Strany mohou sjednat individuální omezení zveřejnění.</w:t>
      </w:r>
    </w:p>
    <w:p w:rsidR="00753EB8" w:rsidRPr="00FF34A1" w:rsidRDefault="00E82DBC">
      <w:pPr>
        <w:spacing w:after="80" w:line="259" w:lineRule="auto"/>
        <w:rPr>
          <w:lang w:val="cs-CZ"/>
        </w:rPr>
      </w:pPr>
      <w:r w:rsidRPr="00FF34A1">
        <w:rPr>
          <w:b/>
          <w:lang w:val="cs-CZ"/>
        </w:rPr>
        <w:t xml:space="preserve">24.3 </w:t>
      </w:r>
      <w:r w:rsidRPr="00FF34A1">
        <w:rPr>
          <w:lang w:val="cs-CZ"/>
        </w:rPr>
        <w:t>U portrétu identifikovatelné osoby se veřejné použití díla posuzuje rovněž s ohledem na osobnostní práva zobrazované osoby a práva k použité předloze.</w:t>
      </w:r>
    </w:p>
    <w:p w:rsidR="00753EB8" w:rsidRPr="00FF34A1" w:rsidRDefault="00E82DBC">
      <w:pPr>
        <w:pStyle w:val="Nadpis1"/>
        <w:rPr>
          <w:lang w:val="cs-CZ"/>
        </w:rPr>
      </w:pPr>
      <w:r w:rsidRPr="00FF34A1">
        <w:rPr>
          <w:lang w:val="cs-CZ"/>
        </w:rPr>
        <w:t>25. Odstoupení od zakázkové tvorby</w:t>
      </w:r>
    </w:p>
    <w:p w:rsidR="00753EB8" w:rsidRPr="00FF34A1" w:rsidRDefault="00E82DBC">
      <w:pPr>
        <w:spacing w:after="80" w:line="259" w:lineRule="auto"/>
        <w:rPr>
          <w:lang w:val="cs-CZ"/>
        </w:rPr>
      </w:pPr>
      <w:r w:rsidRPr="00FF34A1">
        <w:rPr>
          <w:b/>
          <w:lang w:val="cs-CZ"/>
        </w:rPr>
        <w:t xml:space="preserve">25.1 </w:t>
      </w:r>
      <w:r w:rsidRPr="00FF34A1">
        <w:rPr>
          <w:lang w:val="cs-CZ"/>
        </w:rPr>
        <w:t>Je-li zakázkový obraz vytvářen podle individuálních požadavků Kupujícího nebo přizpůsoben jeho osobním potřebám, zejména podle jím zadaného motivu, osoby, fotografie, kompozice nebo jiných individuálních požadavků, nevztahuje se na takový obraz zákonné čtrnáctidenní právo spotřebitele na odstoupení od smlouvy, jsou-li splněny podmínky příslušné zákonné výjimky.</w:t>
      </w:r>
    </w:p>
    <w:p w:rsidR="00753EB8" w:rsidRPr="00FF34A1" w:rsidRDefault="00E82DBC">
      <w:pPr>
        <w:spacing w:after="80" w:line="259" w:lineRule="auto"/>
        <w:rPr>
          <w:lang w:val="cs-CZ"/>
        </w:rPr>
      </w:pPr>
      <w:r w:rsidRPr="00FF34A1">
        <w:rPr>
          <w:b/>
          <w:lang w:val="cs-CZ"/>
        </w:rPr>
        <w:t xml:space="preserve">25.2 </w:t>
      </w:r>
      <w:r w:rsidRPr="00FF34A1">
        <w:rPr>
          <w:lang w:val="cs-CZ"/>
        </w:rPr>
        <w:t>Tím nejsou dotčena smluvní pravidla těchto VOP umožňující ukončení zakázkové tvorby a vypořádání dosud provedené práce ani práva Kupujícího z vadného plnění.</w:t>
      </w:r>
    </w:p>
    <w:p w:rsidR="00753EB8" w:rsidRPr="00FF34A1" w:rsidRDefault="00E82DBC">
      <w:pPr>
        <w:pStyle w:val="Nadpis1"/>
        <w:rPr>
          <w:lang w:val="cs-CZ"/>
        </w:rPr>
      </w:pPr>
      <w:r w:rsidRPr="00FF34A1">
        <w:rPr>
          <w:lang w:val="cs-CZ"/>
        </w:rPr>
        <w:t>26. Zákonné odstoupení spotřebitele u běžného zboží</w:t>
      </w:r>
    </w:p>
    <w:p w:rsidR="00753EB8" w:rsidRPr="00FF34A1" w:rsidRDefault="00E82DBC">
      <w:pPr>
        <w:spacing w:after="80" w:line="259" w:lineRule="auto"/>
        <w:rPr>
          <w:lang w:val="cs-CZ"/>
        </w:rPr>
      </w:pPr>
      <w:r w:rsidRPr="00FF34A1">
        <w:rPr>
          <w:b/>
          <w:lang w:val="cs-CZ"/>
        </w:rPr>
        <w:t xml:space="preserve">26.1 </w:t>
      </w:r>
      <w:r w:rsidRPr="00FF34A1">
        <w:rPr>
          <w:lang w:val="cs-CZ"/>
        </w:rPr>
        <w:t>Spotřebitel má u smlouvy uzavřené distančním způsobem právo odstoupit od smlouvy bez uvedení důvodu ve lhůtě stanovené občanským zákoníkem, není-li dána zákonná výjimka.</w:t>
      </w:r>
    </w:p>
    <w:p w:rsidR="00753EB8" w:rsidRPr="00FF34A1" w:rsidRDefault="00E82DBC">
      <w:pPr>
        <w:spacing w:after="80" w:line="259" w:lineRule="auto"/>
        <w:rPr>
          <w:lang w:val="cs-CZ"/>
        </w:rPr>
      </w:pPr>
      <w:r w:rsidRPr="00FF34A1">
        <w:rPr>
          <w:b/>
          <w:lang w:val="cs-CZ"/>
        </w:rPr>
        <w:t xml:space="preserve">26.2 </w:t>
      </w:r>
      <w:r w:rsidRPr="00FF34A1">
        <w:rPr>
          <w:lang w:val="cs-CZ"/>
        </w:rPr>
        <w:t>U fyzického zboží činí tato lhůta zpravidla 14 dnů od převzetí zboží spotřebitelem nebo jím určenou třetí osobou odlišnou od dopravce, s případnými zvláštními pravidly stanovenými zákonem. Spotřebitel může odstoupit také před převzetím zboží.</w:t>
      </w:r>
    </w:p>
    <w:p w:rsidR="00753EB8" w:rsidRPr="00FF34A1" w:rsidRDefault="00E82DBC">
      <w:pPr>
        <w:spacing w:after="80" w:line="259" w:lineRule="auto"/>
        <w:rPr>
          <w:lang w:val="cs-CZ"/>
        </w:rPr>
      </w:pPr>
      <w:r w:rsidRPr="00FF34A1">
        <w:rPr>
          <w:b/>
          <w:lang w:val="cs-CZ"/>
        </w:rPr>
        <w:t xml:space="preserve">26.3 </w:t>
      </w:r>
      <w:r w:rsidRPr="00FF34A1">
        <w:rPr>
          <w:lang w:val="cs-CZ"/>
        </w:rPr>
        <w:t>Spotřebitel může odstoupit jakýmkoli jednoznačným prohlášením adresovaným Prodávající, zejména:</w:t>
      </w:r>
    </w:p>
    <w:p w:rsidR="00753EB8" w:rsidRPr="00FF34A1" w:rsidRDefault="00E82DBC">
      <w:pPr>
        <w:spacing w:after="40"/>
        <w:ind w:left="397" w:hanging="283"/>
        <w:rPr>
          <w:lang w:val="cs-CZ"/>
        </w:rPr>
      </w:pPr>
      <w:r w:rsidRPr="00FF34A1">
        <w:rPr>
          <w:b/>
          <w:lang w:val="cs-CZ"/>
        </w:rPr>
        <w:t xml:space="preserve">a) </w:t>
      </w:r>
      <w:r w:rsidRPr="00FF34A1">
        <w:rPr>
          <w:lang w:val="cs-CZ"/>
        </w:rPr>
        <w:t>e-mailem na sarka@sarkaart.cz</w:t>
      </w:r>
    </w:p>
    <w:p w:rsidR="00753EB8" w:rsidRPr="00FF34A1" w:rsidRDefault="00E82DBC">
      <w:pPr>
        <w:spacing w:after="40"/>
        <w:ind w:left="397" w:hanging="283"/>
        <w:rPr>
          <w:lang w:val="cs-CZ"/>
        </w:rPr>
      </w:pPr>
      <w:r w:rsidRPr="00FF34A1">
        <w:rPr>
          <w:b/>
          <w:lang w:val="cs-CZ"/>
        </w:rPr>
        <w:t xml:space="preserve">b) </w:t>
      </w:r>
      <w:r w:rsidRPr="00FF34A1">
        <w:rPr>
          <w:lang w:val="cs-CZ"/>
        </w:rPr>
        <w:t>písemně na adresu sídla Prodávající</w:t>
      </w:r>
    </w:p>
    <w:p w:rsidR="00753EB8" w:rsidRPr="00FF34A1" w:rsidRDefault="00E82DBC">
      <w:pPr>
        <w:spacing w:after="40"/>
        <w:ind w:left="397" w:hanging="283"/>
        <w:rPr>
          <w:lang w:val="cs-CZ"/>
        </w:rPr>
      </w:pPr>
      <w:r w:rsidRPr="00FF34A1">
        <w:rPr>
          <w:b/>
          <w:lang w:val="cs-CZ"/>
        </w:rPr>
        <w:t xml:space="preserve">c) </w:t>
      </w:r>
      <w:r w:rsidRPr="00FF34A1">
        <w:rPr>
          <w:lang w:val="cs-CZ"/>
        </w:rPr>
        <w:t>použitím vzorového formuláře, který tvoří přílohu těchto VOP</w:t>
      </w:r>
    </w:p>
    <w:p w:rsidR="00753EB8" w:rsidRPr="00FF34A1" w:rsidRDefault="00E82DBC">
      <w:pPr>
        <w:spacing w:after="80" w:line="259" w:lineRule="auto"/>
        <w:rPr>
          <w:lang w:val="cs-CZ"/>
        </w:rPr>
      </w:pPr>
      <w:r w:rsidRPr="00FF34A1">
        <w:rPr>
          <w:lang w:val="cs-CZ"/>
        </w:rPr>
        <w:t>Použití vzorového formuláře není povinné.</w:t>
      </w:r>
    </w:p>
    <w:p w:rsidR="00753EB8" w:rsidRPr="00FF34A1" w:rsidRDefault="00E82DBC">
      <w:pPr>
        <w:spacing w:after="80" w:line="259" w:lineRule="auto"/>
        <w:rPr>
          <w:lang w:val="cs-CZ"/>
        </w:rPr>
      </w:pPr>
      <w:r w:rsidRPr="00FF34A1">
        <w:rPr>
          <w:b/>
          <w:lang w:val="cs-CZ"/>
        </w:rPr>
        <w:t xml:space="preserve">26.4 </w:t>
      </w:r>
      <w:r w:rsidRPr="00FF34A1">
        <w:rPr>
          <w:lang w:val="cs-CZ"/>
        </w:rPr>
        <w:t>Pro zachování lhůty postačuje, aby spotřebitel oznámení o odstoupení odeslal před jejím uplynutím.</w:t>
      </w:r>
    </w:p>
    <w:p w:rsidR="00753EB8" w:rsidRPr="00FF34A1" w:rsidRDefault="00E82DBC">
      <w:pPr>
        <w:spacing w:after="80" w:line="259" w:lineRule="auto"/>
        <w:rPr>
          <w:lang w:val="cs-CZ"/>
        </w:rPr>
      </w:pPr>
      <w:r w:rsidRPr="00FF34A1">
        <w:rPr>
          <w:b/>
          <w:lang w:val="cs-CZ"/>
        </w:rPr>
        <w:t xml:space="preserve">26.5 </w:t>
      </w:r>
      <w:r w:rsidRPr="00FF34A1">
        <w:rPr>
          <w:lang w:val="cs-CZ"/>
        </w:rPr>
        <w:t>Spotřebitel zašle nebo předá zboží Prodávající bez zbytečného odkladu, nejpozději do 14 dnů od odstoupení.</w:t>
      </w:r>
    </w:p>
    <w:p w:rsidR="00753EB8" w:rsidRPr="00FF34A1" w:rsidRDefault="00E82DBC">
      <w:pPr>
        <w:spacing w:after="80" w:line="259" w:lineRule="auto"/>
        <w:rPr>
          <w:lang w:val="cs-CZ"/>
        </w:rPr>
      </w:pPr>
      <w:r w:rsidRPr="00FF34A1">
        <w:rPr>
          <w:b/>
          <w:lang w:val="cs-CZ"/>
        </w:rPr>
        <w:t xml:space="preserve">26.6 </w:t>
      </w:r>
      <w:r w:rsidRPr="00FF34A1">
        <w:rPr>
          <w:lang w:val="cs-CZ"/>
        </w:rPr>
        <w:t>Zboží lze vrátit vhodným dopravcem podle volby spotřebitele na adresu Mgr. Šárka Pham, Ečerova 961/15, 635 00 Brno, Česká republika, není-li dohodnut jiný postup.</w:t>
      </w:r>
    </w:p>
    <w:p w:rsidR="00753EB8" w:rsidRPr="00FF34A1" w:rsidRDefault="00E82DBC">
      <w:pPr>
        <w:spacing w:after="80" w:line="259" w:lineRule="auto"/>
        <w:rPr>
          <w:lang w:val="cs-CZ"/>
        </w:rPr>
      </w:pPr>
      <w:r w:rsidRPr="00FF34A1">
        <w:rPr>
          <w:b/>
          <w:lang w:val="cs-CZ"/>
        </w:rPr>
        <w:lastRenderedPageBreak/>
        <w:t xml:space="preserve">26.7 </w:t>
      </w:r>
      <w:r w:rsidRPr="00FF34A1">
        <w:rPr>
          <w:lang w:val="cs-CZ"/>
        </w:rPr>
        <w:t>Původní obal není podmínkou zákonného odstoupení. Spotřebitel je však povinen zboží pro zpětnou přepravu přiměřeně bezpečně zabalit s ohledem na jeho povahu a hodnotu.</w:t>
      </w:r>
    </w:p>
    <w:p w:rsidR="00753EB8" w:rsidRPr="00FF34A1" w:rsidRDefault="00E82DBC">
      <w:pPr>
        <w:spacing w:after="80" w:line="259" w:lineRule="auto"/>
        <w:rPr>
          <w:lang w:val="cs-CZ"/>
        </w:rPr>
      </w:pPr>
      <w:r w:rsidRPr="00FF34A1">
        <w:rPr>
          <w:b/>
          <w:lang w:val="cs-CZ"/>
        </w:rPr>
        <w:t xml:space="preserve">26.8 </w:t>
      </w:r>
      <w:r w:rsidRPr="00FF34A1">
        <w:rPr>
          <w:lang w:val="cs-CZ"/>
        </w:rPr>
        <w:t>Přímé náklady na vrácení zboží při zákonném odstoupení nese spotřebitel, nestanoví-li zákon nebo individuální dohoda jinak.</w:t>
      </w:r>
    </w:p>
    <w:p w:rsidR="00753EB8" w:rsidRPr="00FF34A1" w:rsidRDefault="00E82DBC">
      <w:pPr>
        <w:spacing w:after="80" w:line="259" w:lineRule="auto"/>
        <w:rPr>
          <w:lang w:val="cs-CZ"/>
        </w:rPr>
      </w:pPr>
      <w:r w:rsidRPr="00FF34A1">
        <w:rPr>
          <w:b/>
          <w:lang w:val="cs-CZ"/>
        </w:rPr>
        <w:t xml:space="preserve">26.9 </w:t>
      </w:r>
      <w:r w:rsidRPr="00FF34A1">
        <w:rPr>
          <w:lang w:val="cs-CZ"/>
        </w:rPr>
        <w:t>Spotřebitel odpovídá pouze za snížení hodnoty zboží vzniklé v důsledku nakládání se zbožím jinak, než bylo nutné k seznámení se s jeho povahou, vlastnostmi a funkčností.</w:t>
      </w:r>
    </w:p>
    <w:p w:rsidR="00753EB8" w:rsidRPr="00FF34A1" w:rsidRDefault="00E82DBC">
      <w:pPr>
        <w:pStyle w:val="Nadpis1"/>
        <w:rPr>
          <w:lang w:val="cs-CZ"/>
        </w:rPr>
      </w:pPr>
      <w:r w:rsidRPr="00FF34A1">
        <w:rPr>
          <w:lang w:val="cs-CZ"/>
        </w:rPr>
        <w:t>27. Vrácení peněz při zákonném odstoupení</w:t>
      </w:r>
    </w:p>
    <w:p w:rsidR="00753EB8" w:rsidRPr="00FF34A1" w:rsidRDefault="00E82DBC">
      <w:pPr>
        <w:spacing w:after="80" w:line="259" w:lineRule="auto"/>
        <w:rPr>
          <w:lang w:val="cs-CZ"/>
        </w:rPr>
      </w:pPr>
      <w:r w:rsidRPr="00FF34A1">
        <w:rPr>
          <w:b/>
          <w:lang w:val="cs-CZ"/>
        </w:rPr>
        <w:t xml:space="preserve">27.1 </w:t>
      </w:r>
      <w:r w:rsidRPr="00FF34A1">
        <w:rPr>
          <w:lang w:val="cs-CZ"/>
        </w:rPr>
        <w:t>Prodávající vrátí spotřebiteli peněžní prostředky podle zákonných pravidel nejpozději do 14 dnů ode dne, kdy jí bylo odstoupení doručeno.</w:t>
      </w:r>
    </w:p>
    <w:p w:rsidR="00753EB8" w:rsidRPr="00FF34A1" w:rsidRDefault="00E82DBC">
      <w:pPr>
        <w:spacing w:after="80" w:line="259" w:lineRule="auto"/>
        <w:rPr>
          <w:lang w:val="cs-CZ"/>
        </w:rPr>
      </w:pPr>
      <w:r w:rsidRPr="00FF34A1">
        <w:rPr>
          <w:b/>
          <w:lang w:val="cs-CZ"/>
        </w:rPr>
        <w:t xml:space="preserve">27.2 </w:t>
      </w:r>
      <w:r w:rsidRPr="00FF34A1">
        <w:rPr>
          <w:lang w:val="cs-CZ"/>
        </w:rPr>
        <w:t>Při odstoupení od celé smlouvy vrátí rovněž náklady na původní dodání v rozsahu odpovídajícím nejlevnějšímu standardnímu způsobu dodání, který nabízela.</w:t>
      </w:r>
    </w:p>
    <w:p w:rsidR="00753EB8" w:rsidRPr="00FF34A1" w:rsidRDefault="00E82DBC">
      <w:pPr>
        <w:spacing w:after="80" w:line="259" w:lineRule="auto"/>
        <w:rPr>
          <w:lang w:val="cs-CZ"/>
        </w:rPr>
      </w:pPr>
      <w:r w:rsidRPr="00FF34A1">
        <w:rPr>
          <w:b/>
          <w:lang w:val="cs-CZ"/>
        </w:rPr>
        <w:t xml:space="preserve">27.3 </w:t>
      </w:r>
      <w:r w:rsidRPr="00FF34A1">
        <w:rPr>
          <w:lang w:val="cs-CZ"/>
        </w:rPr>
        <w:t>Zvolil-li spotřebitel dražší způsob dopravy, není Prodávající povinna vracet rozdíl oproti nejlevnějšímu standardně nabízenému způsobu dodání.</w:t>
      </w:r>
    </w:p>
    <w:p w:rsidR="00753EB8" w:rsidRPr="00FF34A1" w:rsidRDefault="00E82DBC">
      <w:pPr>
        <w:spacing w:after="80" w:line="259" w:lineRule="auto"/>
        <w:rPr>
          <w:lang w:val="cs-CZ"/>
        </w:rPr>
      </w:pPr>
      <w:r w:rsidRPr="00FF34A1">
        <w:rPr>
          <w:b/>
          <w:lang w:val="cs-CZ"/>
        </w:rPr>
        <w:t xml:space="preserve">27.4 </w:t>
      </w:r>
      <w:r w:rsidRPr="00FF34A1">
        <w:rPr>
          <w:lang w:val="cs-CZ"/>
        </w:rPr>
        <w:t>Peněžní prostředky budou vráceny stejným způsobem, jakým je Prodávající přijala, pokud se strany nedohodnou jinak a spotřebiteli tím nevzniknou další náklady.</w:t>
      </w:r>
    </w:p>
    <w:p w:rsidR="00753EB8" w:rsidRPr="00FF34A1" w:rsidRDefault="00E82DBC">
      <w:pPr>
        <w:spacing w:after="80" w:line="259" w:lineRule="auto"/>
        <w:rPr>
          <w:lang w:val="cs-CZ"/>
        </w:rPr>
      </w:pPr>
      <w:r w:rsidRPr="00FF34A1">
        <w:rPr>
          <w:b/>
          <w:lang w:val="cs-CZ"/>
        </w:rPr>
        <w:t xml:space="preserve">27.5 </w:t>
      </w:r>
      <w:r w:rsidRPr="00FF34A1">
        <w:rPr>
          <w:lang w:val="cs-CZ"/>
        </w:rPr>
        <w:t>Prodávající může s vrácením peněžních prostředků počkat do doby, než obdrží vrácené zboží, pokud zákon nestanoví jinak.</w:t>
      </w:r>
    </w:p>
    <w:p w:rsidR="00753EB8" w:rsidRPr="00FF34A1" w:rsidRDefault="00E82DBC">
      <w:pPr>
        <w:pStyle w:val="Nadpis1"/>
        <w:rPr>
          <w:lang w:val="cs-CZ"/>
        </w:rPr>
      </w:pPr>
      <w:r w:rsidRPr="00FF34A1">
        <w:rPr>
          <w:lang w:val="cs-CZ"/>
        </w:rPr>
        <w:t>28. Ceremoniál zpečetění rozhodnutí</w:t>
      </w:r>
    </w:p>
    <w:p w:rsidR="00355F8D" w:rsidRPr="00355F8D" w:rsidRDefault="00E82DBC" w:rsidP="00355F8D">
      <w:pPr>
        <w:spacing w:after="80" w:line="259" w:lineRule="auto"/>
        <w:rPr>
          <w:lang w:val="cs-CZ"/>
        </w:rPr>
      </w:pPr>
      <w:r w:rsidRPr="00FF34A1">
        <w:rPr>
          <w:b/>
          <w:lang w:val="cs-CZ"/>
        </w:rPr>
        <w:t>28.</w:t>
      </w:r>
      <w:r w:rsidR="00355F8D">
        <w:rPr>
          <w:b/>
          <w:lang w:val="cs-CZ"/>
        </w:rPr>
        <w:t>1</w:t>
      </w:r>
      <w:r w:rsidRPr="00355F8D">
        <w:rPr>
          <w:lang w:val="cs-CZ"/>
        </w:rPr>
        <w:t xml:space="preserve"> </w:t>
      </w:r>
      <w:r w:rsidR="00355F8D" w:rsidRPr="00355F8D">
        <w:rPr>
          <w:lang w:val="cs-CZ"/>
        </w:rPr>
        <w:t>Ceremoni</w:t>
      </w:r>
      <w:r w:rsidR="00355F8D" w:rsidRPr="00355F8D">
        <w:rPr>
          <w:rFonts w:hint="cs"/>
          <w:lang w:val="cs-CZ"/>
        </w:rPr>
        <w:t>á</w:t>
      </w:r>
      <w:r w:rsidR="00355F8D" w:rsidRPr="00355F8D">
        <w:rPr>
          <w:lang w:val="cs-CZ"/>
        </w:rPr>
        <w:t>l zpe</w:t>
      </w:r>
      <w:r w:rsidR="00355F8D" w:rsidRPr="00355F8D">
        <w:rPr>
          <w:rFonts w:hint="cs"/>
          <w:lang w:val="cs-CZ"/>
        </w:rPr>
        <w:t>č</w:t>
      </w:r>
      <w:r w:rsidR="00355F8D" w:rsidRPr="00355F8D">
        <w:rPr>
          <w:lang w:val="cs-CZ"/>
        </w:rPr>
        <w:t>et</w:t>
      </w:r>
      <w:r w:rsidR="00355F8D" w:rsidRPr="00355F8D">
        <w:rPr>
          <w:rFonts w:hint="cs"/>
          <w:lang w:val="cs-CZ"/>
        </w:rPr>
        <w:t>ě</w:t>
      </w:r>
      <w:r w:rsidR="00355F8D" w:rsidRPr="00355F8D">
        <w:rPr>
          <w:lang w:val="cs-CZ"/>
        </w:rPr>
        <w:t>n</w:t>
      </w:r>
      <w:r w:rsidR="00355F8D" w:rsidRPr="00355F8D">
        <w:rPr>
          <w:rFonts w:hint="cs"/>
          <w:lang w:val="cs-CZ"/>
        </w:rPr>
        <w:t>í</w:t>
      </w:r>
      <w:r w:rsidR="00355F8D" w:rsidRPr="00355F8D">
        <w:rPr>
          <w:lang w:val="cs-CZ"/>
        </w:rPr>
        <w:t xml:space="preserve"> rozhodnut</w:t>
      </w:r>
      <w:r w:rsidR="00355F8D" w:rsidRPr="00355F8D">
        <w:rPr>
          <w:rFonts w:hint="cs"/>
          <w:lang w:val="cs-CZ"/>
        </w:rPr>
        <w:t>í</w:t>
      </w:r>
      <w:r w:rsidR="00355F8D" w:rsidRPr="00355F8D">
        <w:rPr>
          <w:lang w:val="cs-CZ"/>
        </w:rPr>
        <w:t xml:space="preserve"> (dále jen „Ceremoniál“) je komplexn</w:t>
      </w:r>
      <w:r w:rsidR="00355F8D" w:rsidRPr="00355F8D">
        <w:rPr>
          <w:rFonts w:hint="cs"/>
          <w:lang w:val="cs-CZ"/>
        </w:rPr>
        <w:t>í</w:t>
      </w:r>
      <w:r w:rsidR="00355F8D" w:rsidRPr="00355F8D">
        <w:rPr>
          <w:lang w:val="cs-CZ"/>
        </w:rPr>
        <w:t>m produktem sest</w:t>
      </w:r>
      <w:r w:rsidR="00355F8D" w:rsidRPr="00355F8D">
        <w:rPr>
          <w:rFonts w:hint="cs"/>
          <w:lang w:val="cs-CZ"/>
        </w:rPr>
        <w:t>á</w:t>
      </w:r>
      <w:r w:rsidR="00355F8D" w:rsidRPr="00355F8D">
        <w:rPr>
          <w:lang w:val="cs-CZ"/>
        </w:rPr>
        <w:t>vaj</w:t>
      </w:r>
      <w:r w:rsidR="00355F8D" w:rsidRPr="00355F8D">
        <w:rPr>
          <w:rFonts w:hint="cs"/>
          <w:lang w:val="cs-CZ"/>
        </w:rPr>
        <w:t>í</w:t>
      </w:r>
      <w:r w:rsidR="00355F8D" w:rsidRPr="00355F8D">
        <w:rPr>
          <w:lang w:val="cs-CZ"/>
        </w:rPr>
        <w:t>c</w:t>
      </w:r>
      <w:r w:rsidR="00355F8D" w:rsidRPr="00355F8D">
        <w:rPr>
          <w:rFonts w:hint="cs"/>
          <w:lang w:val="cs-CZ"/>
        </w:rPr>
        <w:t>í</w:t>
      </w:r>
      <w:r w:rsidR="00355F8D" w:rsidRPr="00355F8D">
        <w:rPr>
          <w:lang w:val="cs-CZ"/>
        </w:rPr>
        <w:t>m z fyzick</w:t>
      </w:r>
      <w:r w:rsidR="00355F8D" w:rsidRPr="00355F8D">
        <w:rPr>
          <w:rFonts w:hint="cs"/>
          <w:lang w:val="cs-CZ"/>
        </w:rPr>
        <w:t>é</w:t>
      </w:r>
      <w:r w:rsidR="00355F8D" w:rsidRPr="00355F8D">
        <w:rPr>
          <w:lang w:val="cs-CZ"/>
        </w:rPr>
        <w:t xml:space="preserve"> a digit</w:t>
      </w:r>
      <w:r w:rsidR="00355F8D" w:rsidRPr="00355F8D">
        <w:rPr>
          <w:rFonts w:hint="cs"/>
          <w:lang w:val="cs-CZ"/>
        </w:rPr>
        <w:t>á</w:t>
      </w:r>
      <w:r w:rsidR="00355F8D" w:rsidRPr="00355F8D">
        <w:rPr>
          <w:lang w:val="cs-CZ"/>
        </w:rPr>
        <w:t>ln</w:t>
      </w:r>
      <w:r w:rsidR="00355F8D" w:rsidRPr="00355F8D">
        <w:rPr>
          <w:rFonts w:hint="cs"/>
          <w:lang w:val="cs-CZ"/>
        </w:rPr>
        <w:t>í</w:t>
      </w:r>
      <w:r w:rsidR="00355F8D" w:rsidRPr="00355F8D">
        <w:rPr>
          <w:lang w:val="cs-CZ"/>
        </w:rPr>
        <w:t xml:space="preserve"> </w:t>
      </w:r>
      <w:r w:rsidR="00355F8D" w:rsidRPr="00355F8D">
        <w:rPr>
          <w:rFonts w:hint="cs"/>
          <w:lang w:val="cs-CZ"/>
        </w:rPr>
        <w:t>čá</w:t>
      </w:r>
      <w:r w:rsidR="00355F8D" w:rsidRPr="00355F8D">
        <w:rPr>
          <w:lang w:val="cs-CZ"/>
        </w:rPr>
        <w:t>sti. Konkr</w:t>
      </w:r>
      <w:r w:rsidR="00355F8D" w:rsidRPr="00355F8D">
        <w:rPr>
          <w:rFonts w:hint="cs"/>
          <w:lang w:val="cs-CZ"/>
        </w:rPr>
        <w:t>é</w:t>
      </w:r>
      <w:r w:rsidR="00355F8D" w:rsidRPr="00355F8D">
        <w:rPr>
          <w:lang w:val="cs-CZ"/>
        </w:rPr>
        <w:t>tn</w:t>
      </w:r>
      <w:r w:rsidR="00355F8D" w:rsidRPr="00355F8D">
        <w:rPr>
          <w:rFonts w:hint="cs"/>
          <w:lang w:val="cs-CZ"/>
        </w:rPr>
        <w:t>í</w:t>
      </w:r>
      <w:r w:rsidR="00355F8D" w:rsidRPr="00355F8D">
        <w:rPr>
          <w:lang w:val="cs-CZ"/>
        </w:rPr>
        <w:t xml:space="preserve"> obsah, rozsah a sou</w:t>
      </w:r>
      <w:r w:rsidR="00355F8D" w:rsidRPr="00355F8D">
        <w:rPr>
          <w:rFonts w:hint="cs"/>
          <w:lang w:val="cs-CZ"/>
        </w:rPr>
        <w:t>čá</w:t>
      </w:r>
      <w:r w:rsidR="00355F8D" w:rsidRPr="00355F8D">
        <w:rPr>
          <w:lang w:val="cs-CZ"/>
        </w:rPr>
        <w:t>sti Ceremoni</w:t>
      </w:r>
      <w:r w:rsidR="00355F8D" w:rsidRPr="00355F8D">
        <w:rPr>
          <w:rFonts w:hint="cs"/>
          <w:lang w:val="cs-CZ"/>
        </w:rPr>
        <w:t>á</w:t>
      </w:r>
      <w:r w:rsidR="00355F8D" w:rsidRPr="00355F8D">
        <w:rPr>
          <w:lang w:val="cs-CZ"/>
        </w:rPr>
        <w:t xml:space="preserve">lu se </w:t>
      </w:r>
      <w:r w:rsidR="00355F8D" w:rsidRPr="00355F8D">
        <w:rPr>
          <w:rFonts w:hint="cs"/>
          <w:lang w:val="cs-CZ"/>
        </w:rPr>
        <w:t>ří</w:t>
      </w:r>
      <w:r w:rsidR="00355F8D" w:rsidRPr="00355F8D">
        <w:rPr>
          <w:lang w:val="cs-CZ"/>
        </w:rPr>
        <w:t>d</w:t>
      </w:r>
      <w:r w:rsidR="00355F8D" w:rsidRPr="00355F8D">
        <w:rPr>
          <w:rFonts w:hint="cs"/>
          <w:lang w:val="cs-CZ"/>
        </w:rPr>
        <w:t>í</w:t>
      </w:r>
      <w:r w:rsidR="00355F8D" w:rsidRPr="00355F8D">
        <w:rPr>
          <w:lang w:val="cs-CZ"/>
        </w:rPr>
        <w:t xml:space="preserve"> popisem produktu platn</w:t>
      </w:r>
      <w:r w:rsidR="00355F8D" w:rsidRPr="00355F8D">
        <w:rPr>
          <w:rFonts w:hint="cs"/>
          <w:lang w:val="cs-CZ"/>
        </w:rPr>
        <w:t>ý</w:t>
      </w:r>
      <w:r w:rsidR="00355F8D" w:rsidRPr="00355F8D">
        <w:rPr>
          <w:lang w:val="cs-CZ"/>
        </w:rPr>
        <w:t>m v okam</w:t>
      </w:r>
      <w:r w:rsidR="00355F8D" w:rsidRPr="00355F8D">
        <w:rPr>
          <w:rFonts w:hint="cs"/>
          <w:lang w:val="cs-CZ"/>
        </w:rPr>
        <w:t>ž</w:t>
      </w:r>
      <w:r w:rsidR="00355F8D" w:rsidRPr="00355F8D">
        <w:rPr>
          <w:lang w:val="cs-CZ"/>
        </w:rPr>
        <w:t>iku uzav</w:t>
      </w:r>
      <w:r w:rsidR="00355F8D" w:rsidRPr="00355F8D">
        <w:rPr>
          <w:rFonts w:hint="cs"/>
          <w:lang w:val="cs-CZ"/>
        </w:rPr>
        <w:t>ř</w:t>
      </w:r>
      <w:r w:rsidR="00355F8D" w:rsidRPr="00355F8D">
        <w:rPr>
          <w:lang w:val="cs-CZ"/>
        </w:rPr>
        <w:t>en</w:t>
      </w:r>
      <w:r w:rsidR="00355F8D" w:rsidRPr="00355F8D">
        <w:rPr>
          <w:rFonts w:hint="cs"/>
          <w:lang w:val="cs-CZ"/>
        </w:rPr>
        <w:t>í</w:t>
      </w:r>
      <w:r w:rsidR="00355F8D" w:rsidRPr="00355F8D">
        <w:rPr>
          <w:lang w:val="cs-CZ"/>
        </w:rPr>
        <w:t xml:space="preserve"> smlouvy.</w:t>
      </w:r>
    </w:p>
    <w:p w:rsidR="00753EB8" w:rsidRPr="00FF34A1" w:rsidRDefault="00355F8D" w:rsidP="00355F8D">
      <w:pPr>
        <w:spacing w:after="80" w:line="259" w:lineRule="auto"/>
        <w:rPr>
          <w:lang w:val="cs-CZ"/>
        </w:rPr>
      </w:pPr>
      <w:r>
        <w:rPr>
          <w:b/>
          <w:lang w:val="cs-CZ"/>
        </w:rPr>
        <w:t>28.2</w:t>
      </w:r>
      <w:r w:rsidRPr="00355F8D">
        <w:rPr>
          <w:lang w:val="cs-CZ"/>
        </w:rPr>
        <w:t xml:space="preserve"> Fyzick</w:t>
      </w:r>
      <w:r w:rsidRPr="00355F8D">
        <w:rPr>
          <w:rFonts w:hint="cs"/>
          <w:lang w:val="cs-CZ"/>
        </w:rPr>
        <w:t>á</w:t>
      </w:r>
      <w:r w:rsidRPr="00355F8D">
        <w:rPr>
          <w:lang w:val="cs-CZ"/>
        </w:rPr>
        <w:t xml:space="preserve"> </w:t>
      </w:r>
      <w:r w:rsidRPr="00355F8D">
        <w:rPr>
          <w:rFonts w:hint="cs"/>
          <w:lang w:val="cs-CZ"/>
        </w:rPr>
        <w:t>čá</w:t>
      </w:r>
      <w:r w:rsidRPr="00355F8D">
        <w:rPr>
          <w:lang w:val="cs-CZ"/>
        </w:rPr>
        <w:t>st m</w:t>
      </w:r>
      <w:r w:rsidRPr="00355F8D">
        <w:rPr>
          <w:rFonts w:hint="cs"/>
          <w:lang w:val="cs-CZ"/>
        </w:rPr>
        <w:t>ůž</w:t>
      </w:r>
      <w:r w:rsidRPr="00355F8D">
        <w:rPr>
          <w:lang w:val="cs-CZ"/>
        </w:rPr>
        <w:t>e zahrnovat zejm</w:t>
      </w:r>
      <w:r w:rsidRPr="00355F8D">
        <w:rPr>
          <w:rFonts w:hint="cs"/>
          <w:lang w:val="cs-CZ"/>
        </w:rPr>
        <w:t>é</w:t>
      </w:r>
      <w:r w:rsidRPr="00355F8D">
        <w:rPr>
          <w:lang w:val="cs-CZ"/>
        </w:rPr>
        <w:t>na obraz a dal</w:t>
      </w:r>
      <w:r w:rsidRPr="00355F8D">
        <w:rPr>
          <w:rFonts w:hint="cs"/>
          <w:lang w:val="cs-CZ"/>
        </w:rPr>
        <w:t>ší</w:t>
      </w:r>
      <w:r w:rsidRPr="00355F8D">
        <w:rPr>
          <w:lang w:val="cs-CZ"/>
        </w:rPr>
        <w:t xml:space="preserve"> materi</w:t>
      </w:r>
      <w:r w:rsidRPr="00355F8D">
        <w:rPr>
          <w:rFonts w:hint="cs"/>
          <w:lang w:val="cs-CZ"/>
        </w:rPr>
        <w:t>á</w:t>
      </w:r>
      <w:r w:rsidRPr="00355F8D">
        <w:rPr>
          <w:lang w:val="cs-CZ"/>
        </w:rPr>
        <w:t>ly pot</w:t>
      </w:r>
      <w:r w:rsidRPr="00355F8D">
        <w:rPr>
          <w:rFonts w:hint="cs"/>
          <w:lang w:val="cs-CZ"/>
        </w:rPr>
        <w:t>ř</w:t>
      </w:r>
      <w:r w:rsidRPr="00355F8D">
        <w:rPr>
          <w:lang w:val="cs-CZ"/>
        </w:rPr>
        <w:t>ebn</w:t>
      </w:r>
      <w:r w:rsidRPr="00355F8D">
        <w:rPr>
          <w:rFonts w:hint="cs"/>
          <w:lang w:val="cs-CZ"/>
        </w:rPr>
        <w:t>é</w:t>
      </w:r>
      <w:r w:rsidRPr="00355F8D">
        <w:rPr>
          <w:lang w:val="cs-CZ"/>
        </w:rPr>
        <w:t xml:space="preserve"> k proveden</w:t>
      </w:r>
      <w:r w:rsidRPr="00355F8D">
        <w:rPr>
          <w:rFonts w:hint="cs"/>
          <w:lang w:val="cs-CZ"/>
        </w:rPr>
        <w:t>í</w:t>
      </w:r>
      <w:r w:rsidRPr="00355F8D">
        <w:rPr>
          <w:lang w:val="cs-CZ"/>
        </w:rPr>
        <w:t xml:space="preserve"> Ceremoni</w:t>
      </w:r>
      <w:r w:rsidRPr="00355F8D">
        <w:rPr>
          <w:rFonts w:hint="cs"/>
          <w:lang w:val="cs-CZ"/>
        </w:rPr>
        <w:t>á</w:t>
      </w:r>
      <w:r w:rsidRPr="00355F8D">
        <w:rPr>
          <w:lang w:val="cs-CZ"/>
        </w:rPr>
        <w:t>lu; digit</w:t>
      </w:r>
      <w:r w:rsidRPr="00355F8D">
        <w:rPr>
          <w:rFonts w:hint="cs"/>
          <w:lang w:val="cs-CZ"/>
        </w:rPr>
        <w:t>á</w:t>
      </w:r>
      <w:r w:rsidRPr="00355F8D">
        <w:rPr>
          <w:lang w:val="cs-CZ"/>
        </w:rPr>
        <w:t>ln</w:t>
      </w:r>
      <w:r w:rsidRPr="00355F8D">
        <w:rPr>
          <w:rFonts w:hint="cs"/>
          <w:lang w:val="cs-CZ"/>
        </w:rPr>
        <w:t>í</w:t>
      </w:r>
      <w:r w:rsidRPr="00355F8D">
        <w:rPr>
          <w:lang w:val="cs-CZ"/>
        </w:rPr>
        <w:t xml:space="preserve"> </w:t>
      </w:r>
      <w:r w:rsidRPr="00355F8D">
        <w:rPr>
          <w:rFonts w:hint="cs"/>
          <w:lang w:val="cs-CZ"/>
        </w:rPr>
        <w:t>čá</w:t>
      </w:r>
      <w:r w:rsidRPr="00355F8D">
        <w:rPr>
          <w:lang w:val="cs-CZ"/>
        </w:rPr>
        <w:t>st m</w:t>
      </w:r>
      <w:r w:rsidRPr="00355F8D">
        <w:rPr>
          <w:rFonts w:hint="cs"/>
          <w:lang w:val="cs-CZ"/>
        </w:rPr>
        <w:t>ůž</w:t>
      </w:r>
      <w:r w:rsidRPr="00355F8D">
        <w:rPr>
          <w:lang w:val="cs-CZ"/>
        </w:rPr>
        <w:t>e zahrnovat zejm</w:t>
      </w:r>
      <w:r w:rsidRPr="00355F8D">
        <w:rPr>
          <w:rFonts w:hint="cs"/>
          <w:lang w:val="cs-CZ"/>
        </w:rPr>
        <w:t>é</w:t>
      </w:r>
      <w:r w:rsidRPr="00355F8D">
        <w:rPr>
          <w:lang w:val="cs-CZ"/>
        </w:rPr>
        <w:t>na n</w:t>
      </w:r>
      <w:r w:rsidRPr="00355F8D">
        <w:rPr>
          <w:rFonts w:hint="cs"/>
          <w:lang w:val="cs-CZ"/>
        </w:rPr>
        <w:t>á</w:t>
      </w:r>
      <w:r w:rsidRPr="00355F8D">
        <w:rPr>
          <w:lang w:val="cs-CZ"/>
        </w:rPr>
        <w:t>vody, pracovn</w:t>
      </w:r>
      <w:r w:rsidRPr="00355F8D">
        <w:rPr>
          <w:rFonts w:hint="cs"/>
          <w:lang w:val="cs-CZ"/>
        </w:rPr>
        <w:t>í</w:t>
      </w:r>
      <w:r w:rsidRPr="00355F8D">
        <w:rPr>
          <w:lang w:val="cs-CZ"/>
        </w:rPr>
        <w:t xml:space="preserve"> materi</w:t>
      </w:r>
      <w:r w:rsidRPr="00355F8D">
        <w:rPr>
          <w:rFonts w:hint="cs"/>
          <w:lang w:val="cs-CZ"/>
        </w:rPr>
        <w:t>á</w:t>
      </w:r>
      <w:r w:rsidRPr="00355F8D">
        <w:rPr>
          <w:lang w:val="cs-CZ"/>
        </w:rPr>
        <w:t>ly, audio, video a dal</w:t>
      </w:r>
      <w:r w:rsidRPr="00355F8D">
        <w:rPr>
          <w:rFonts w:hint="cs"/>
          <w:lang w:val="cs-CZ"/>
        </w:rPr>
        <w:t>ší</w:t>
      </w:r>
      <w:r w:rsidRPr="00355F8D">
        <w:rPr>
          <w:lang w:val="cs-CZ"/>
        </w:rPr>
        <w:t xml:space="preserve"> digit</w:t>
      </w:r>
      <w:r w:rsidRPr="00355F8D">
        <w:rPr>
          <w:rFonts w:hint="cs"/>
          <w:lang w:val="cs-CZ"/>
        </w:rPr>
        <w:t>á</w:t>
      </w:r>
      <w:r w:rsidRPr="00355F8D">
        <w:rPr>
          <w:lang w:val="cs-CZ"/>
        </w:rPr>
        <w:t>ln</w:t>
      </w:r>
      <w:r w:rsidRPr="00355F8D">
        <w:rPr>
          <w:rFonts w:hint="cs"/>
          <w:lang w:val="cs-CZ"/>
        </w:rPr>
        <w:t>í</w:t>
      </w:r>
      <w:r w:rsidRPr="00355F8D">
        <w:rPr>
          <w:lang w:val="cs-CZ"/>
        </w:rPr>
        <w:t xml:space="preserve"> obsah uveden</w:t>
      </w:r>
      <w:r w:rsidRPr="00355F8D">
        <w:rPr>
          <w:rFonts w:hint="cs"/>
          <w:lang w:val="cs-CZ"/>
        </w:rPr>
        <w:t>ý</w:t>
      </w:r>
      <w:r w:rsidRPr="00355F8D">
        <w:rPr>
          <w:lang w:val="cs-CZ"/>
        </w:rPr>
        <w:t xml:space="preserve"> v popisu produktu.</w:t>
      </w:r>
    </w:p>
    <w:p w:rsidR="00753EB8" w:rsidRPr="00FF34A1" w:rsidRDefault="00E82DBC">
      <w:pPr>
        <w:pStyle w:val="Nadpis1"/>
        <w:rPr>
          <w:lang w:val="cs-CZ"/>
        </w:rPr>
      </w:pPr>
      <w:r w:rsidRPr="00FF34A1">
        <w:rPr>
          <w:lang w:val="cs-CZ"/>
        </w:rPr>
        <w:t>29. Zpřístupnění digitální části Ceremoniálu</w:t>
      </w:r>
    </w:p>
    <w:p w:rsidR="00753EB8" w:rsidRPr="00FF34A1" w:rsidRDefault="00E82DBC">
      <w:pPr>
        <w:spacing w:after="80" w:line="259" w:lineRule="auto"/>
        <w:rPr>
          <w:lang w:val="cs-CZ"/>
        </w:rPr>
      </w:pPr>
      <w:r w:rsidRPr="00FF34A1">
        <w:rPr>
          <w:b/>
          <w:lang w:val="cs-CZ"/>
        </w:rPr>
        <w:t xml:space="preserve">29.1 </w:t>
      </w:r>
      <w:r w:rsidRPr="00FF34A1">
        <w:rPr>
          <w:lang w:val="cs-CZ"/>
        </w:rPr>
        <w:t>Digitální část Ceremoniálu je zpřístupněna po ověření přijetí platby Prodávající.</w:t>
      </w:r>
    </w:p>
    <w:p w:rsidR="00753EB8" w:rsidRPr="00FF34A1" w:rsidRDefault="00E82DBC">
      <w:pPr>
        <w:spacing w:after="80" w:line="259" w:lineRule="auto"/>
        <w:rPr>
          <w:lang w:val="cs-CZ"/>
        </w:rPr>
      </w:pPr>
      <w:r w:rsidRPr="00FF34A1">
        <w:rPr>
          <w:b/>
          <w:lang w:val="cs-CZ"/>
        </w:rPr>
        <w:t xml:space="preserve">29.2 </w:t>
      </w:r>
      <w:r w:rsidRPr="00FF34A1">
        <w:rPr>
          <w:lang w:val="cs-CZ"/>
        </w:rPr>
        <w:t>Prodávající ji po ověření platby zpřístupní bez zbytečného odkladu.</w:t>
      </w:r>
    </w:p>
    <w:p w:rsidR="00753EB8" w:rsidRPr="00FF34A1" w:rsidRDefault="00E82DBC">
      <w:pPr>
        <w:spacing w:after="80" w:line="259" w:lineRule="auto"/>
        <w:rPr>
          <w:lang w:val="cs-CZ"/>
        </w:rPr>
      </w:pPr>
      <w:r w:rsidRPr="00FF34A1">
        <w:rPr>
          <w:b/>
          <w:lang w:val="cs-CZ"/>
        </w:rPr>
        <w:t xml:space="preserve">29.3 </w:t>
      </w:r>
      <w:r w:rsidRPr="00FF34A1">
        <w:rPr>
          <w:lang w:val="cs-CZ"/>
        </w:rPr>
        <w:t>Digitální materiály mohou být zasílány jako příloha e-mailu, jako soubory ke stažení nebo prostřednictvím internetových odkazů.</w:t>
      </w:r>
    </w:p>
    <w:p w:rsidR="00753EB8" w:rsidRPr="00FF34A1" w:rsidRDefault="00E82DBC">
      <w:pPr>
        <w:spacing w:after="80" w:line="259" w:lineRule="auto"/>
        <w:rPr>
          <w:lang w:val="cs-CZ"/>
        </w:rPr>
      </w:pPr>
      <w:r w:rsidRPr="00FF34A1">
        <w:rPr>
          <w:b/>
          <w:lang w:val="cs-CZ"/>
        </w:rPr>
        <w:t xml:space="preserve">29.4 </w:t>
      </w:r>
      <w:r w:rsidRPr="00FF34A1">
        <w:rPr>
          <w:lang w:val="cs-CZ"/>
        </w:rPr>
        <w:t>Online přístup k odkazům poskytovaným jako součást Ceremoniálu je garantován po dobu jednoho roku od jejich zpřístupnění. Po uplynutí jednoho roku Prodávající negarantuje další funkčnost nebo dostupnost těchto odkazů.</w:t>
      </w:r>
    </w:p>
    <w:p w:rsidR="00753EB8" w:rsidRPr="00FF34A1" w:rsidRDefault="00E82DBC">
      <w:pPr>
        <w:spacing w:after="80" w:line="259" w:lineRule="auto"/>
        <w:rPr>
          <w:lang w:val="cs-CZ"/>
        </w:rPr>
      </w:pPr>
      <w:r w:rsidRPr="00FF34A1">
        <w:rPr>
          <w:b/>
          <w:lang w:val="cs-CZ"/>
        </w:rPr>
        <w:t xml:space="preserve">29.5 </w:t>
      </w:r>
      <w:r w:rsidRPr="00FF34A1">
        <w:rPr>
          <w:lang w:val="cs-CZ"/>
        </w:rPr>
        <w:t>Materiály, které byly Kupujícímu poskytnuty přímo jako soubory nebo které si v době dostupnosti stáhl, může Kupující uchovávat pro vlastní osobní potřebu bez časového omezení, není-li výslovně uvedeno jinak a nedojde-li následně k ukončení tohoto oprávnění podle pravidel odstoupení nebo dobrovolné garance.</w:t>
      </w:r>
    </w:p>
    <w:p w:rsidR="00753EB8" w:rsidRPr="00FF34A1" w:rsidRDefault="00E82DBC">
      <w:pPr>
        <w:pStyle w:val="Nadpis1"/>
        <w:rPr>
          <w:lang w:val="cs-CZ"/>
        </w:rPr>
      </w:pPr>
      <w:r w:rsidRPr="00FF34A1">
        <w:rPr>
          <w:lang w:val="cs-CZ"/>
        </w:rPr>
        <w:t>30. Technické požadavky digitálního obsahu</w:t>
      </w:r>
    </w:p>
    <w:p w:rsidR="00753EB8" w:rsidRPr="00FF34A1" w:rsidRDefault="00E82DBC">
      <w:pPr>
        <w:spacing w:after="80" w:line="259" w:lineRule="auto"/>
        <w:rPr>
          <w:lang w:val="cs-CZ"/>
        </w:rPr>
      </w:pPr>
      <w:r w:rsidRPr="00FF34A1">
        <w:rPr>
          <w:b/>
          <w:lang w:val="cs-CZ"/>
        </w:rPr>
        <w:t xml:space="preserve">30.1 </w:t>
      </w:r>
      <w:r w:rsidRPr="00FF34A1">
        <w:rPr>
          <w:lang w:val="cs-CZ"/>
        </w:rPr>
        <w:t>Digitální obsah je poskytován zejména ve formě PDF dokumentů, běžných audio, video a obrazových souborů nebo prostřednictvím internetových odkazů.</w:t>
      </w:r>
    </w:p>
    <w:p w:rsidR="00753EB8" w:rsidRPr="00FF34A1" w:rsidRDefault="00E82DBC">
      <w:pPr>
        <w:spacing w:after="80" w:line="259" w:lineRule="auto"/>
        <w:rPr>
          <w:lang w:val="cs-CZ"/>
        </w:rPr>
      </w:pPr>
      <w:r w:rsidRPr="00FF34A1">
        <w:rPr>
          <w:b/>
          <w:lang w:val="cs-CZ"/>
        </w:rPr>
        <w:t xml:space="preserve">30.2 </w:t>
      </w:r>
      <w:r w:rsidRPr="00FF34A1">
        <w:rPr>
          <w:lang w:val="cs-CZ"/>
        </w:rPr>
        <w:t>Pro jeho používání je obvykle potřebné běžné počítačové nebo mobilní zařízení, software schopný otevřít příslušné běžné formáty, připojení k internetu pro stažení nebo online přístup a dostatečný úložný prostor.</w:t>
      </w:r>
    </w:p>
    <w:p w:rsidR="00753EB8" w:rsidRPr="00FF34A1" w:rsidRDefault="00E82DBC">
      <w:pPr>
        <w:spacing w:after="80" w:line="259" w:lineRule="auto"/>
        <w:rPr>
          <w:lang w:val="cs-CZ"/>
        </w:rPr>
      </w:pPr>
      <w:r w:rsidRPr="00FF34A1">
        <w:rPr>
          <w:b/>
          <w:lang w:val="cs-CZ"/>
        </w:rPr>
        <w:lastRenderedPageBreak/>
        <w:t xml:space="preserve">30.3 </w:t>
      </w:r>
      <w:r w:rsidRPr="00FF34A1">
        <w:rPr>
          <w:lang w:val="cs-CZ"/>
        </w:rPr>
        <w:t>Není-li u konkrétního produktu uvedeno jinak, Prodávající negarantuje kompatibilitu se všemi historickými, nestandardními nebo nepodporovanými zařízeními, operačními systémy a aplikacemi třetích stran.</w:t>
      </w:r>
    </w:p>
    <w:p w:rsidR="00753EB8" w:rsidRPr="00FF34A1" w:rsidRDefault="00E82DBC">
      <w:pPr>
        <w:pStyle w:val="Nadpis1"/>
        <w:rPr>
          <w:lang w:val="cs-CZ"/>
        </w:rPr>
      </w:pPr>
      <w:r w:rsidRPr="00FF34A1">
        <w:rPr>
          <w:lang w:val="cs-CZ"/>
        </w:rPr>
        <w:t>31. Verze digitálních materiálů</w:t>
      </w:r>
    </w:p>
    <w:p w:rsidR="00753EB8" w:rsidRPr="00FF34A1" w:rsidRDefault="00E82DBC">
      <w:pPr>
        <w:spacing w:after="80" w:line="259" w:lineRule="auto"/>
        <w:rPr>
          <w:lang w:val="cs-CZ"/>
        </w:rPr>
      </w:pPr>
      <w:r w:rsidRPr="00FF34A1">
        <w:rPr>
          <w:b/>
          <w:lang w:val="cs-CZ"/>
        </w:rPr>
        <w:t xml:space="preserve">31.1 </w:t>
      </w:r>
      <w:r w:rsidRPr="00FF34A1">
        <w:rPr>
          <w:lang w:val="cs-CZ"/>
        </w:rPr>
        <w:t>Kupující získává verzi digitálních materiálů, která byla součástí nabídky Ceremoniálu v době uzavření smlouvy.</w:t>
      </w:r>
    </w:p>
    <w:p w:rsidR="00753EB8" w:rsidRPr="00FF34A1" w:rsidRDefault="00E82DBC">
      <w:pPr>
        <w:spacing w:after="80" w:line="259" w:lineRule="auto"/>
        <w:rPr>
          <w:lang w:val="cs-CZ"/>
        </w:rPr>
      </w:pPr>
      <w:r w:rsidRPr="00FF34A1">
        <w:rPr>
          <w:b/>
          <w:lang w:val="cs-CZ"/>
        </w:rPr>
        <w:t xml:space="preserve">31.2 </w:t>
      </w:r>
      <w:r w:rsidRPr="00FF34A1">
        <w:rPr>
          <w:lang w:val="cs-CZ"/>
        </w:rPr>
        <w:t xml:space="preserve">Vytvoří-li Prodávající </w:t>
      </w:r>
      <w:r w:rsidR="00E26F1A">
        <w:rPr>
          <w:lang w:val="cs-CZ"/>
        </w:rPr>
        <w:t xml:space="preserve">v budoucnu nové obsahové verze </w:t>
      </w:r>
      <w:r w:rsidRPr="00FF34A1">
        <w:rPr>
          <w:lang w:val="cs-CZ"/>
        </w:rPr>
        <w:t>nebo jinak obsahově upravenou verzi Ceremoniálu pro budoucí zákazníky, nemá stávající Kupující na tyto nové obsahové verze automatický nárok, nebylo-li výslovně sjednáno jinak.</w:t>
      </w:r>
    </w:p>
    <w:p w:rsidR="00753EB8" w:rsidRPr="00FF34A1" w:rsidRDefault="00E82DBC">
      <w:pPr>
        <w:spacing w:after="80" w:line="259" w:lineRule="auto"/>
        <w:rPr>
          <w:lang w:val="cs-CZ"/>
        </w:rPr>
      </w:pPr>
      <w:r w:rsidRPr="00FF34A1">
        <w:rPr>
          <w:b/>
          <w:lang w:val="cs-CZ"/>
        </w:rPr>
        <w:t xml:space="preserve">31.3 </w:t>
      </w:r>
      <w:r w:rsidRPr="00FF34A1">
        <w:rPr>
          <w:lang w:val="cs-CZ"/>
        </w:rPr>
        <w:t>Tím není dotčena zákonná povinnost Prodávající poskytnout případné aktualizace, které jsou podle občanského zákoníku nezbytné k zachování digitálního obsahu bez vad, jeho funkčnosti nebo bezpečnosti.</w:t>
      </w:r>
    </w:p>
    <w:p w:rsidR="00753EB8" w:rsidRPr="00FF34A1" w:rsidRDefault="00E82DBC">
      <w:pPr>
        <w:pStyle w:val="Nadpis1"/>
        <w:rPr>
          <w:lang w:val="cs-CZ"/>
        </w:rPr>
      </w:pPr>
      <w:r w:rsidRPr="00FF34A1">
        <w:rPr>
          <w:lang w:val="cs-CZ"/>
        </w:rPr>
        <w:t>32. Zákonné odstoupení u Ceremoniálu</w:t>
      </w:r>
    </w:p>
    <w:p w:rsidR="00E26F1A" w:rsidRDefault="00E82DBC" w:rsidP="00E26F1A">
      <w:pPr>
        <w:spacing w:after="80" w:line="259" w:lineRule="auto"/>
        <w:rPr>
          <w:lang w:val="cs-CZ"/>
        </w:rPr>
      </w:pPr>
      <w:r w:rsidRPr="00FF34A1">
        <w:rPr>
          <w:b/>
          <w:lang w:val="cs-CZ"/>
        </w:rPr>
        <w:t xml:space="preserve">32.1 </w:t>
      </w:r>
      <w:r w:rsidR="00E26F1A" w:rsidRPr="00E26F1A">
        <w:rPr>
          <w:lang w:val="cs-CZ"/>
        </w:rPr>
        <w:t>Právo spotřebitele na odstoupení od smlouvy u Ceremoniálu se řídí příslušnými ustanoveními občanského zákoníku.</w:t>
      </w:r>
    </w:p>
    <w:p w:rsidR="00753EB8" w:rsidRPr="00E26F1A" w:rsidRDefault="00E26F1A" w:rsidP="00E26F1A">
      <w:pPr>
        <w:spacing w:after="80" w:line="259" w:lineRule="auto"/>
        <w:rPr>
          <w:lang w:val="cs-CZ"/>
        </w:rPr>
      </w:pPr>
      <w:r w:rsidRPr="00E26F1A">
        <w:rPr>
          <w:rStyle w:val="Siln"/>
          <w:lang w:val="cs-CZ"/>
        </w:rPr>
        <w:t>32.2</w:t>
      </w:r>
      <w:r w:rsidRPr="00E26F1A">
        <w:rPr>
          <w:lang w:val="cs-CZ"/>
        </w:rPr>
        <w:t xml:space="preserve"> Pokud je digitální obsah zpřístupněn před uplynutím lhůty pro odstoupení </w:t>
      </w:r>
      <w:r>
        <w:rPr>
          <w:lang w:val="cs-CZ"/>
        </w:rPr>
        <w:t>za splnění</w:t>
      </w:r>
      <w:r w:rsidRPr="00E26F1A">
        <w:rPr>
          <w:lang w:val="cs-CZ"/>
        </w:rPr>
        <w:t xml:space="preserve"> zákonných podmínek pro ztrátu tohoto práva,</w:t>
      </w:r>
      <w:r>
        <w:rPr>
          <w:lang w:val="cs-CZ"/>
        </w:rPr>
        <w:t xml:space="preserve"> ztrácí Kupující právo na zákonné odstoupení.</w:t>
      </w:r>
      <w:r w:rsidRPr="00E26F1A">
        <w:rPr>
          <w:lang w:val="cs-CZ"/>
        </w:rPr>
        <w:t xml:space="preserve"> </w:t>
      </w:r>
      <w:r>
        <w:rPr>
          <w:lang w:val="cs-CZ"/>
        </w:rPr>
        <w:t xml:space="preserve">Nejsou-li splněny zákonné podmínky, </w:t>
      </w:r>
      <w:r w:rsidRPr="00E26F1A">
        <w:rPr>
          <w:lang w:val="cs-CZ"/>
        </w:rPr>
        <w:t>právo spotřebitele na odstoupení zůstává zachováno.</w:t>
      </w:r>
    </w:p>
    <w:p w:rsidR="00753EB8" w:rsidRPr="00FF34A1" w:rsidRDefault="00E82DBC">
      <w:pPr>
        <w:spacing w:after="80" w:line="259" w:lineRule="auto"/>
        <w:rPr>
          <w:lang w:val="cs-CZ"/>
        </w:rPr>
      </w:pPr>
      <w:r w:rsidRPr="00FF34A1">
        <w:rPr>
          <w:b/>
          <w:lang w:val="cs-CZ"/>
        </w:rPr>
        <w:t xml:space="preserve">32.3 </w:t>
      </w:r>
      <w:r w:rsidRPr="00FF34A1">
        <w:rPr>
          <w:lang w:val="cs-CZ"/>
        </w:rPr>
        <w:t>Aby bylo postavení spotřebitele u komplexního produktu srozumitelné, poskytuje Prodávající spotřebiteli u Ceremoniálu možnost odstoupit od smlouvy nejméně v rozsahu, který mu náleží podle zákona a těchto VOP, a nebude případnou individualizaci některé digitální součásti používat k omezení smluvně přiznaného práva odstoupit od Ceremoniálu jako celku. Tím nejsou dotčena případná širší zákonná práva spotřebitele.</w:t>
      </w:r>
    </w:p>
    <w:p w:rsidR="00753EB8" w:rsidRPr="00FF34A1" w:rsidRDefault="00E82DBC">
      <w:pPr>
        <w:spacing w:after="80" w:line="259" w:lineRule="auto"/>
        <w:rPr>
          <w:lang w:val="cs-CZ"/>
        </w:rPr>
      </w:pPr>
      <w:r w:rsidRPr="00FF34A1">
        <w:rPr>
          <w:b/>
          <w:lang w:val="cs-CZ"/>
        </w:rPr>
        <w:t xml:space="preserve">32.4 </w:t>
      </w:r>
      <w:r w:rsidRPr="00FF34A1">
        <w:rPr>
          <w:lang w:val="cs-CZ"/>
        </w:rPr>
        <w:t>Při platném odstoupení je Kupující povinen digitální obsah přestat používat, neposkytovat jej třetím osobám a dále jej nešířit.</w:t>
      </w:r>
    </w:p>
    <w:p w:rsidR="00753EB8" w:rsidRPr="00FF34A1" w:rsidRDefault="00E82DBC">
      <w:pPr>
        <w:spacing w:after="80" w:line="259" w:lineRule="auto"/>
        <w:rPr>
          <w:lang w:val="cs-CZ"/>
        </w:rPr>
      </w:pPr>
      <w:r w:rsidRPr="00FF34A1">
        <w:rPr>
          <w:b/>
          <w:lang w:val="cs-CZ"/>
        </w:rPr>
        <w:t xml:space="preserve">32.5 </w:t>
      </w:r>
      <w:r w:rsidRPr="00FF34A1">
        <w:rPr>
          <w:lang w:val="cs-CZ"/>
        </w:rPr>
        <w:t>Stažené kopie digitálních souborů je Kupující po odstoupení povinen odstranit ze svých zařízení a úložišť v rozsahu, v jakém je to s ohledem na povahu plnění možné a v souladu s právními předpisy.</w:t>
      </w:r>
    </w:p>
    <w:p w:rsidR="00753EB8" w:rsidRPr="00FF34A1" w:rsidRDefault="00E82DBC">
      <w:pPr>
        <w:pStyle w:val="Nadpis1"/>
        <w:rPr>
          <w:lang w:val="cs-CZ"/>
        </w:rPr>
      </w:pPr>
      <w:r w:rsidRPr="00FF34A1">
        <w:rPr>
          <w:lang w:val="cs-CZ"/>
        </w:rPr>
        <w:t>33. Fyzické součásti Ceremoniálu při zákonném odstoupení</w:t>
      </w:r>
    </w:p>
    <w:p w:rsidR="00753EB8" w:rsidRPr="00FF34A1" w:rsidRDefault="00E82DBC">
      <w:pPr>
        <w:spacing w:after="80" w:line="259" w:lineRule="auto"/>
        <w:rPr>
          <w:lang w:val="cs-CZ"/>
        </w:rPr>
      </w:pPr>
      <w:r w:rsidRPr="00FF34A1">
        <w:rPr>
          <w:b/>
          <w:lang w:val="cs-CZ"/>
        </w:rPr>
        <w:t xml:space="preserve">33.1 </w:t>
      </w:r>
      <w:r w:rsidRPr="00FF34A1">
        <w:rPr>
          <w:lang w:val="cs-CZ"/>
        </w:rPr>
        <w:t>Spotřebitel neztrácí právo odstoupit pouze proto, že některou fyzickou součást Ceremoniálu použil.</w:t>
      </w:r>
    </w:p>
    <w:p w:rsidR="00753EB8" w:rsidRPr="00FF34A1" w:rsidRDefault="00E82DBC">
      <w:pPr>
        <w:spacing w:after="80" w:line="259" w:lineRule="auto"/>
        <w:rPr>
          <w:lang w:val="cs-CZ"/>
        </w:rPr>
      </w:pPr>
      <w:r w:rsidRPr="00FF34A1">
        <w:rPr>
          <w:b/>
          <w:lang w:val="cs-CZ"/>
        </w:rPr>
        <w:t xml:space="preserve">33.2 </w:t>
      </w:r>
      <w:r w:rsidRPr="00FF34A1">
        <w:rPr>
          <w:lang w:val="cs-CZ"/>
        </w:rPr>
        <w:t>Při odstoupení je však povinen vrátit Prodávající všechny fyzické součásti Ceremoniálu, které lze vzhledem k jejich povaze a stavu vrátit.</w:t>
      </w:r>
    </w:p>
    <w:p w:rsidR="00753EB8" w:rsidRPr="00FF34A1" w:rsidRDefault="00E82DBC">
      <w:pPr>
        <w:spacing w:after="80" w:line="259" w:lineRule="auto"/>
        <w:rPr>
          <w:lang w:val="cs-CZ"/>
        </w:rPr>
      </w:pPr>
      <w:r w:rsidRPr="00FF34A1">
        <w:rPr>
          <w:b/>
          <w:lang w:val="cs-CZ"/>
        </w:rPr>
        <w:t xml:space="preserve">33.3 </w:t>
      </w:r>
      <w:r w:rsidRPr="00FF34A1">
        <w:rPr>
          <w:lang w:val="cs-CZ"/>
        </w:rPr>
        <w:t>Pokud spotřebitel s fyzickými částmi nakládal nad rámec toho, co bylo nutné k seznámení se s jejich povahou, vlastnostmi a funkčností, odpovídá za jejich skutečné snížení hodnoty. To se může týkat například:</w:t>
      </w:r>
    </w:p>
    <w:p w:rsidR="00753EB8" w:rsidRPr="00FF34A1" w:rsidRDefault="00E82DBC">
      <w:pPr>
        <w:spacing w:after="40"/>
        <w:ind w:left="397" w:hanging="283"/>
        <w:rPr>
          <w:lang w:val="cs-CZ"/>
        </w:rPr>
      </w:pPr>
      <w:r w:rsidRPr="00FF34A1">
        <w:rPr>
          <w:b/>
          <w:lang w:val="cs-CZ"/>
        </w:rPr>
        <w:t xml:space="preserve">a) </w:t>
      </w:r>
      <w:r w:rsidRPr="00FF34A1">
        <w:rPr>
          <w:lang w:val="cs-CZ"/>
        </w:rPr>
        <w:t>spotřebování svíčky nebo vosku</w:t>
      </w:r>
    </w:p>
    <w:p w:rsidR="00753EB8" w:rsidRPr="00FF34A1" w:rsidRDefault="00E82DBC">
      <w:pPr>
        <w:spacing w:after="40"/>
        <w:ind w:left="397" w:hanging="283"/>
        <w:rPr>
          <w:lang w:val="cs-CZ"/>
        </w:rPr>
      </w:pPr>
      <w:r w:rsidRPr="00FF34A1">
        <w:rPr>
          <w:b/>
          <w:lang w:val="cs-CZ"/>
        </w:rPr>
        <w:t xml:space="preserve">b) </w:t>
      </w:r>
      <w:r w:rsidRPr="00FF34A1">
        <w:rPr>
          <w:lang w:val="cs-CZ"/>
        </w:rPr>
        <w:t>popsání nebo jiné nevratné úpravy listin</w:t>
      </w:r>
    </w:p>
    <w:p w:rsidR="00753EB8" w:rsidRPr="00FF34A1" w:rsidRDefault="00E82DBC">
      <w:pPr>
        <w:spacing w:after="40"/>
        <w:ind w:left="397" w:hanging="283"/>
        <w:rPr>
          <w:lang w:val="cs-CZ"/>
        </w:rPr>
      </w:pPr>
      <w:r w:rsidRPr="00FF34A1">
        <w:rPr>
          <w:b/>
          <w:lang w:val="cs-CZ"/>
        </w:rPr>
        <w:t xml:space="preserve">c) </w:t>
      </w:r>
      <w:r w:rsidRPr="00FF34A1">
        <w:rPr>
          <w:lang w:val="cs-CZ"/>
        </w:rPr>
        <w:t>spotřebování jednorázové součásti</w:t>
      </w:r>
    </w:p>
    <w:p w:rsidR="00753EB8" w:rsidRPr="00FF34A1" w:rsidRDefault="00E82DBC">
      <w:pPr>
        <w:spacing w:after="40"/>
        <w:ind w:left="397" w:hanging="283"/>
        <w:rPr>
          <w:lang w:val="cs-CZ"/>
        </w:rPr>
      </w:pPr>
      <w:r w:rsidRPr="00FF34A1">
        <w:rPr>
          <w:b/>
          <w:lang w:val="cs-CZ"/>
        </w:rPr>
        <w:t xml:space="preserve">d) </w:t>
      </w:r>
      <w:r w:rsidRPr="00FF34A1">
        <w:rPr>
          <w:lang w:val="cs-CZ"/>
        </w:rPr>
        <w:t>poškození obrazu, rámu, pečetidla nebo jiné vratné části</w:t>
      </w:r>
    </w:p>
    <w:p w:rsidR="00753EB8" w:rsidRPr="00FF34A1" w:rsidRDefault="00E82DBC">
      <w:pPr>
        <w:spacing w:after="80" w:line="259" w:lineRule="auto"/>
        <w:rPr>
          <w:lang w:val="cs-CZ"/>
        </w:rPr>
      </w:pPr>
      <w:r w:rsidRPr="00FF34A1">
        <w:rPr>
          <w:b/>
          <w:lang w:val="cs-CZ"/>
        </w:rPr>
        <w:t xml:space="preserve">33.4 </w:t>
      </w:r>
      <w:r w:rsidRPr="00FF34A1">
        <w:rPr>
          <w:lang w:val="cs-CZ"/>
        </w:rPr>
        <w:t>Použití těchto věcí samo o sobě automaticky nezpůsobuje zánik práva odstoupit.</w:t>
      </w:r>
    </w:p>
    <w:p w:rsidR="00753EB8" w:rsidRPr="00FF34A1" w:rsidRDefault="00E82DBC">
      <w:pPr>
        <w:spacing w:after="80" w:line="259" w:lineRule="auto"/>
        <w:rPr>
          <w:lang w:val="cs-CZ"/>
        </w:rPr>
      </w:pPr>
      <w:r w:rsidRPr="00FF34A1">
        <w:rPr>
          <w:b/>
          <w:lang w:val="cs-CZ"/>
        </w:rPr>
        <w:t xml:space="preserve">33.5 </w:t>
      </w:r>
      <w:r w:rsidRPr="00FF34A1">
        <w:rPr>
          <w:lang w:val="cs-CZ"/>
        </w:rPr>
        <w:t>Případné snížení vracené částky nebude stanovováno paušálně a musí odpovídat objektivně odůvodnitelnému skutečnému snížení hodnoty dotčeného plnění.</w:t>
      </w:r>
    </w:p>
    <w:p w:rsidR="00753EB8" w:rsidRPr="00FF34A1" w:rsidRDefault="00E82DBC">
      <w:pPr>
        <w:pStyle w:val="Nadpis1"/>
        <w:rPr>
          <w:lang w:val="cs-CZ"/>
        </w:rPr>
      </w:pPr>
      <w:r w:rsidRPr="00FF34A1">
        <w:rPr>
          <w:lang w:val="cs-CZ"/>
        </w:rPr>
        <w:t>34. Dobrovolná garance vrácení kupní ceny Ceremoniálu</w:t>
      </w:r>
    </w:p>
    <w:p w:rsidR="00753EB8" w:rsidRPr="00FF34A1" w:rsidRDefault="00E82DBC">
      <w:pPr>
        <w:spacing w:after="80" w:line="259" w:lineRule="auto"/>
        <w:rPr>
          <w:lang w:val="cs-CZ"/>
        </w:rPr>
      </w:pPr>
      <w:r w:rsidRPr="00FF34A1">
        <w:rPr>
          <w:b/>
          <w:lang w:val="cs-CZ"/>
        </w:rPr>
        <w:t xml:space="preserve">34.1 </w:t>
      </w:r>
      <w:r w:rsidRPr="00FF34A1">
        <w:rPr>
          <w:lang w:val="cs-CZ"/>
        </w:rPr>
        <w:t>Vedle zákonných práv poskytuje Prodávající Kupujícímu Dobrovolnou garanci vrácení kupní ceny Ceremoniálu (dále jen „Dobrovolná garance“).</w:t>
      </w:r>
    </w:p>
    <w:p w:rsidR="00753EB8" w:rsidRPr="00FF34A1" w:rsidRDefault="00E82DBC">
      <w:pPr>
        <w:spacing w:after="80" w:line="259" w:lineRule="auto"/>
        <w:rPr>
          <w:lang w:val="cs-CZ"/>
        </w:rPr>
      </w:pPr>
      <w:r w:rsidRPr="00FF34A1">
        <w:rPr>
          <w:b/>
          <w:lang w:val="cs-CZ"/>
        </w:rPr>
        <w:lastRenderedPageBreak/>
        <w:t xml:space="preserve">34.2 </w:t>
      </w:r>
      <w:r w:rsidRPr="00FF34A1">
        <w:rPr>
          <w:lang w:val="cs-CZ"/>
        </w:rPr>
        <w:t>Dobrovolná garance není zárukou za jakost ve smyslu občanského zákoníku ani reklamací zboží. Jde o samostatné smluvní právo Kupujícího na vrácení kupní ceny při splnění podmínek stanovených těmito VOP.</w:t>
      </w:r>
    </w:p>
    <w:p w:rsidR="00753EB8" w:rsidRDefault="00E82DBC">
      <w:pPr>
        <w:spacing w:after="80" w:line="259" w:lineRule="auto"/>
        <w:rPr>
          <w:lang w:val="cs-CZ"/>
        </w:rPr>
      </w:pPr>
      <w:r w:rsidRPr="00FF34A1">
        <w:rPr>
          <w:b/>
          <w:lang w:val="cs-CZ"/>
        </w:rPr>
        <w:t xml:space="preserve">34.3 </w:t>
      </w:r>
      <w:r w:rsidRPr="00FF34A1">
        <w:rPr>
          <w:lang w:val="cs-CZ"/>
        </w:rPr>
        <w:t>Dobrovolná garance nenahrazuje, neomezuje ani nezkracuje zákonná práva Kupujícího.</w:t>
      </w:r>
    </w:p>
    <w:p w:rsidR="00C81655" w:rsidRPr="00C81655" w:rsidRDefault="00C81655">
      <w:pPr>
        <w:spacing w:after="80" w:line="259" w:lineRule="auto"/>
        <w:rPr>
          <w:lang w:val="cs-CZ"/>
        </w:rPr>
      </w:pPr>
      <w:r>
        <w:rPr>
          <w:b/>
          <w:lang w:val="cs-CZ"/>
        </w:rPr>
        <w:t xml:space="preserve">34.4 </w:t>
      </w:r>
      <w:r w:rsidRPr="00C81655">
        <w:rPr>
          <w:lang w:val="cs-CZ"/>
        </w:rPr>
        <w:t>Dobrovolná garance je založena na tom, že Kupující absolvuje</w:t>
      </w:r>
      <w:r>
        <w:rPr>
          <w:lang w:val="cs-CZ"/>
        </w:rPr>
        <w:t xml:space="preserve"> Životní inventuru a</w:t>
      </w:r>
      <w:r w:rsidRPr="00C81655">
        <w:rPr>
          <w:lang w:val="cs-CZ"/>
        </w:rPr>
        <w:t xml:space="preserve"> Ceremoniál podle návodu, sepíše svou vizi, </w:t>
      </w:r>
      <w:proofErr w:type="gramStart"/>
      <w:r w:rsidRPr="00C81655">
        <w:rPr>
          <w:lang w:val="cs-CZ"/>
        </w:rPr>
        <w:t>uzavře</w:t>
      </w:r>
      <w:proofErr w:type="gramEnd"/>
      <w:r w:rsidRPr="00C81655">
        <w:rPr>
          <w:lang w:val="cs-CZ"/>
        </w:rPr>
        <w:t xml:space="preserve"> Smlouvu se svým budoucím já, dokončí celý proces a následně po dobu 14 kalendářních dnů provádí každodenní rituál spojení s vizí a obrazem. Pokud po uplynutí této doby nebude mít pocit, že si jasněji uvědomil svůj směr a je více v kontaktu se svou vizí, může při splnění dalších podmínek stanovených těmito VOP a Pravidly Dobrovolné garance Ceremoniálu požádat o vrácení kupní ceny.</w:t>
      </w:r>
    </w:p>
    <w:p w:rsidR="00753EB8" w:rsidRPr="00FF34A1" w:rsidRDefault="00E82DBC">
      <w:pPr>
        <w:pStyle w:val="Nadpis1"/>
        <w:rPr>
          <w:lang w:val="cs-CZ"/>
        </w:rPr>
      </w:pPr>
      <w:r w:rsidRPr="00FF34A1">
        <w:rPr>
          <w:lang w:val="cs-CZ"/>
        </w:rPr>
        <w:t>35. Podmínky Dobrovolné garance</w:t>
      </w:r>
    </w:p>
    <w:p w:rsidR="00753EB8" w:rsidRPr="00FF34A1" w:rsidRDefault="00E82DBC">
      <w:pPr>
        <w:spacing w:after="80" w:line="259" w:lineRule="auto"/>
        <w:rPr>
          <w:lang w:val="cs-CZ"/>
        </w:rPr>
      </w:pPr>
      <w:r w:rsidRPr="00FF34A1">
        <w:rPr>
          <w:b/>
          <w:lang w:val="cs-CZ"/>
        </w:rPr>
        <w:t xml:space="preserve">35.1 </w:t>
      </w:r>
      <w:r w:rsidRPr="00FF34A1">
        <w:rPr>
          <w:lang w:val="cs-CZ"/>
        </w:rPr>
        <w:t>Pro využití Dobrovolné garance musí Kupující:</w:t>
      </w:r>
    </w:p>
    <w:p w:rsidR="00753EB8" w:rsidRPr="00FF34A1" w:rsidRDefault="00E82DBC">
      <w:pPr>
        <w:spacing w:after="40"/>
        <w:ind w:left="397" w:hanging="283"/>
        <w:rPr>
          <w:lang w:val="cs-CZ"/>
        </w:rPr>
      </w:pPr>
      <w:r w:rsidRPr="00FF34A1">
        <w:rPr>
          <w:b/>
          <w:lang w:val="cs-CZ"/>
        </w:rPr>
        <w:t xml:space="preserve">a) </w:t>
      </w:r>
      <w:r w:rsidRPr="00FF34A1">
        <w:rPr>
          <w:lang w:val="cs-CZ"/>
        </w:rPr>
        <w:t>absolvovat pětidenní přípravu Životní inventura</w:t>
      </w:r>
    </w:p>
    <w:p w:rsidR="00753EB8" w:rsidRPr="00FF34A1" w:rsidRDefault="00E82DBC">
      <w:pPr>
        <w:spacing w:after="40"/>
        <w:ind w:left="397" w:hanging="283"/>
        <w:rPr>
          <w:lang w:val="cs-CZ"/>
        </w:rPr>
      </w:pPr>
      <w:r w:rsidRPr="00FF34A1">
        <w:rPr>
          <w:b/>
          <w:lang w:val="cs-CZ"/>
        </w:rPr>
        <w:t xml:space="preserve">b) </w:t>
      </w:r>
      <w:r w:rsidRPr="00FF34A1">
        <w:rPr>
          <w:lang w:val="cs-CZ"/>
        </w:rPr>
        <w:t>skutečně provést Ceremoniál</w:t>
      </w:r>
    </w:p>
    <w:p w:rsidR="00753EB8" w:rsidRPr="00FF34A1" w:rsidRDefault="00E82DBC">
      <w:pPr>
        <w:spacing w:after="40"/>
        <w:ind w:left="397" w:hanging="283"/>
        <w:rPr>
          <w:lang w:val="cs-CZ"/>
        </w:rPr>
      </w:pPr>
      <w:r w:rsidRPr="00FF34A1">
        <w:rPr>
          <w:b/>
          <w:lang w:val="cs-CZ"/>
        </w:rPr>
        <w:t xml:space="preserve">c) </w:t>
      </w:r>
      <w:r w:rsidRPr="00FF34A1">
        <w:rPr>
          <w:lang w:val="cs-CZ"/>
        </w:rPr>
        <w:t>během 14 kalendářních dnů následujících po dni provedení Ceremoniálu každý den provádět rituál spojení s vizí a obrazem</w:t>
      </w:r>
    </w:p>
    <w:p w:rsidR="00753EB8" w:rsidRPr="00FF34A1" w:rsidRDefault="00E82DBC">
      <w:pPr>
        <w:spacing w:after="40"/>
        <w:ind w:left="397" w:hanging="283"/>
        <w:rPr>
          <w:lang w:val="cs-CZ"/>
        </w:rPr>
      </w:pPr>
      <w:r w:rsidRPr="00FF34A1">
        <w:rPr>
          <w:b/>
          <w:lang w:val="cs-CZ"/>
        </w:rPr>
        <w:t xml:space="preserve">d) </w:t>
      </w:r>
      <w:r w:rsidRPr="00FF34A1">
        <w:rPr>
          <w:lang w:val="cs-CZ"/>
        </w:rPr>
        <w:t>splnění těchto kroků doložit způsobem podle následujícího článku</w:t>
      </w:r>
    </w:p>
    <w:p w:rsidR="00753EB8" w:rsidRPr="00FF34A1" w:rsidRDefault="00E82DBC">
      <w:pPr>
        <w:spacing w:after="80" w:line="259" w:lineRule="auto"/>
        <w:rPr>
          <w:lang w:val="cs-CZ"/>
        </w:rPr>
      </w:pPr>
      <w:r w:rsidRPr="00FF34A1">
        <w:rPr>
          <w:b/>
          <w:lang w:val="cs-CZ"/>
        </w:rPr>
        <w:t xml:space="preserve">35.2 </w:t>
      </w:r>
      <w:r w:rsidRPr="00FF34A1">
        <w:rPr>
          <w:lang w:val="cs-CZ"/>
        </w:rPr>
        <w:t>Rituál spojení s vizí a obrazem je určen k pravidelnému používání i po uplynutí tohoto čtrnáctidenního období. Čtrnáctidenní období podle předchozího odstavce představuje pouze minimální dobu potřebnou pro uplatnění Dobrovolné garance.</w:t>
      </w:r>
    </w:p>
    <w:p w:rsidR="00753EB8" w:rsidRPr="00FF34A1" w:rsidRDefault="00E82DBC">
      <w:pPr>
        <w:spacing w:after="80" w:line="259" w:lineRule="auto"/>
        <w:rPr>
          <w:lang w:val="cs-CZ"/>
        </w:rPr>
      </w:pPr>
      <w:r w:rsidRPr="00FF34A1">
        <w:rPr>
          <w:b/>
          <w:lang w:val="cs-CZ"/>
        </w:rPr>
        <w:t xml:space="preserve">35.3 </w:t>
      </w:r>
      <w:r w:rsidRPr="00FF34A1">
        <w:rPr>
          <w:lang w:val="cs-CZ"/>
        </w:rPr>
        <w:t>Pokud má Kupující po uplynutí uvedených 14 dnů pocit, že mu Ceremoniál a pravidelné spojení s obrazem nepomohly být více v kontaktu se svou vizí, může Dobrovolnou garanci uplatnit.</w:t>
      </w:r>
    </w:p>
    <w:p w:rsidR="00753EB8" w:rsidRPr="00FF34A1" w:rsidRDefault="00E82DBC">
      <w:pPr>
        <w:spacing w:after="80" w:line="259" w:lineRule="auto"/>
        <w:rPr>
          <w:lang w:val="cs-CZ"/>
        </w:rPr>
      </w:pPr>
      <w:r w:rsidRPr="00FF34A1">
        <w:rPr>
          <w:b/>
          <w:lang w:val="cs-CZ"/>
        </w:rPr>
        <w:t xml:space="preserve">35.4 </w:t>
      </w:r>
      <w:r w:rsidRPr="00FF34A1">
        <w:rPr>
          <w:lang w:val="cs-CZ"/>
        </w:rPr>
        <w:t>Dobrovolnou garanci lze uplatnit po dokončení uvedeného čtrnáctidenního období, nejpozději však 30. kalendářní den od zpřístupnění digitálních materiálů obsahujících pětidenní přípravu.</w:t>
      </w:r>
    </w:p>
    <w:p w:rsidR="00753EB8" w:rsidRPr="00FF34A1" w:rsidRDefault="00E82DBC">
      <w:pPr>
        <w:spacing w:after="80" w:line="259" w:lineRule="auto"/>
        <w:rPr>
          <w:lang w:val="cs-CZ"/>
        </w:rPr>
      </w:pPr>
      <w:r w:rsidRPr="00FF34A1">
        <w:rPr>
          <w:b/>
          <w:lang w:val="cs-CZ"/>
        </w:rPr>
        <w:t xml:space="preserve">35.5 </w:t>
      </w:r>
      <w:r w:rsidRPr="00FF34A1">
        <w:rPr>
          <w:lang w:val="cs-CZ"/>
        </w:rPr>
        <w:t>Aby mohl Kupující čtrnáctidenní období řádně dokončit do maximální třicetidenní lhůty, musí Ceremoniál provést nejpozději 16. kalendářní den od zpřístupnění těchto materiálů.</w:t>
      </w:r>
    </w:p>
    <w:p w:rsidR="00753EB8" w:rsidRPr="00FF34A1" w:rsidRDefault="00E82DBC">
      <w:pPr>
        <w:spacing w:after="80" w:line="259" w:lineRule="auto"/>
        <w:rPr>
          <w:lang w:val="cs-CZ"/>
        </w:rPr>
      </w:pPr>
      <w:r w:rsidRPr="00FF34A1">
        <w:rPr>
          <w:b/>
          <w:lang w:val="cs-CZ"/>
        </w:rPr>
        <w:t xml:space="preserve">35.6 </w:t>
      </w:r>
      <w:r w:rsidRPr="00FF34A1">
        <w:rPr>
          <w:lang w:val="cs-CZ"/>
        </w:rPr>
        <w:t>Dobrovolnou garanci je Kupující povinen uplatnit bez zbytečného odkladu po dokončení čtrnáctidenního období a vždy nejpozději ve lhůtě podle čl. 35.4.</w:t>
      </w:r>
    </w:p>
    <w:p w:rsidR="00753EB8" w:rsidRPr="00FF34A1" w:rsidRDefault="00E82DBC">
      <w:pPr>
        <w:pStyle w:val="Nadpis1"/>
        <w:rPr>
          <w:lang w:val="cs-CZ"/>
        </w:rPr>
      </w:pPr>
      <w:r w:rsidRPr="00FF34A1">
        <w:rPr>
          <w:lang w:val="cs-CZ"/>
        </w:rPr>
        <w:t>36. Dokládání splnění Dobrovolné garance</w:t>
      </w:r>
    </w:p>
    <w:p w:rsidR="00753EB8" w:rsidRPr="00FF34A1" w:rsidRDefault="00E82DBC">
      <w:pPr>
        <w:spacing w:after="80" w:line="259" w:lineRule="auto"/>
        <w:rPr>
          <w:lang w:val="cs-CZ"/>
        </w:rPr>
      </w:pPr>
      <w:r w:rsidRPr="00FF34A1">
        <w:rPr>
          <w:b/>
          <w:lang w:val="cs-CZ"/>
        </w:rPr>
        <w:t xml:space="preserve">36.1 </w:t>
      </w:r>
      <w:r w:rsidRPr="00FF34A1">
        <w:rPr>
          <w:lang w:val="cs-CZ"/>
        </w:rPr>
        <w:t>Splnění podmínek Dobrovolné garance je Kupující povinen doložit fotografickou dokumentací. Jde o podmínku Dobrovolné garance, nikoli o podmínku zákonného odstoupení od smlouvy nebo uplatnění práv z vadného plnění.</w:t>
      </w:r>
    </w:p>
    <w:p w:rsidR="00753EB8" w:rsidRPr="00FF34A1" w:rsidRDefault="00E82DBC">
      <w:pPr>
        <w:spacing w:after="80" w:line="259" w:lineRule="auto"/>
        <w:rPr>
          <w:lang w:val="cs-CZ"/>
        </w:rPr>
      </w:pPr>
      <w:r w:rsidRPr="00FF34A1">
        <w:rPr>
          <w:b/>
          <w:lang w:val="cs-CZ"/>
        </w:rPr>
        <w:t xml:space="preserve">36.2 </w:t>
      </w:r>
      <w:r w:rsidRPr="00FF34A1">
        <w:rPr>
          <w:lang w:val="cs-CZ"/>
        </w:rPr>
        <w:t xml:space="preserve">Pro pětidenní přípravu Kupující doloží každý z pěti dnů alespoň dvěma fotografiemi: fotografií pořízenou na začátku daného úkolu, na níž je zachycen Kupující společně s listinou </w:t>
      </w:r>
      <w:r w:rsidR="00E73DC6">
        <w:rPr>
          <w:lang w:val="cs-CZ"/>
        </w:rPr>
        <w:t xml:space="preserve">s nadpisem daného dne </w:t>
      </w:r>
      <w:r w:rsidRPr="00FF34A1">
        <w:rPr>
          <w:lang w:val="cs-CZ"/>
        </w:rPr>
        <w:t xml:space="preserve">nebo jiným materiálem umožňujícím rozpoznat příslušný den či úkol, a fotografií pořízenou po dokončení tohoto úkolu, na níž je zachycen Kupující s příslušnou listinou nebo dokončeným materiálem. Text osobních odpovědí </w:t>
      </w:r>
      <w:r w:rsidR="0044189F">
        <w:rPr>
          <w:lang w:val="cs-CZ"/>
        </w:rPr>
        <w:t>nesmí</w:t>
      </w:r>
      <w:r w:rsidRPr="00FF34A1">
        <w:rPr>
          <w:lang w:val="cs-CZ"/>
        </w:rPr>
        <w:t xml:space="preserve"> být čitelný.</w:t>
      </w:r>
    </w:p>
    <w:p w:rsidR="00753EB8" w:rsidRPr="00FF34A1" w:rsidRDefault="00E82DBC">
      <w:pPr>
        <w:spacing w:after="80" w:line="259" w:lineRule="auto"/>
        <w:rPr>
          <w:lang w:val="cs-CZ"/>
        </w:rPr>
      </w:pPr>
      <w:r w:rsidRPr="00FF34A1">
        <w:rPr>
          <w:b/>
          <w:lang w:val="cs-CZ"/>
        </w:rPr>
        <w:t xml:space="preserve">36.3 </w:t>
      </w:r>
      <w:r w:rsidRPr="00FF34A1">
        <w:rPr>
          <w:lang w:val="cs-CZ"/>
        </w:rPr>
        <w:t>Pro samotný Ceremoniál Kupující doloží fotografiemi jeho skutečné provedení a hlavní fáze podle návodu, minimálně fotografii prokazující práci s příslušnými listinami a fotografii po dokončení Ceremoniálu. Jedna fotografie může prokázat více požadovaných skutečností, je-li z ní jejich splnění rozumně patrné.</w:t>
      </w:r>
    </w:p>
    <w:p w:rsidR="00753EB8" w:rsidRPr="00FF34A1" w:rsidRDefault="00E82DBC">
      <w:pPr>
        <w:spacing w:after="80" w:line="259" w:lineRule="auto"/>
        <w:rPr>
          <w:lang w:val="cs-CZ"/>
        </w:rPr>
      </w:pPr>
      <w:r w:rsidRPr="00FF34A1">
        <w:rPr>
          <w:b/>
          <w:lang w:val="cs-CZ"/>
        </w:rPr>
        <w:t xml:space="preserve">36.4 </w:t>
      </w:r>
      <w:r w:rsidR="00313F7F">
        <w:rPr>
          <w:lang w:val="cs-CZ"/>
        </w:rPr>
        <w:t>Pro každý</w:t>
      </w:r>
      <w:r w:rsidRPr="00FF34A1">
        <w:rPr>
          <w:lang w:val="cs-CZ"/>
        </w:rPr>
        <w:t xml:space="preserve"> ze čtrnácti kalendářních dnů následujících po dni provedení Ceremoniálu Kupující doloží alespoň jednu fotografii, na níž je zachycen spolu s obrazem a listinou obsahující jeho vizi</w:t>
      </w:r>
      <w:r w:rsidR="00E73DC6">
        <w:rPr>
          <w:lang w:val="cs-CZ"/>
        </w:rPr>
        <w:t>, která nesmí být na fotografii čitelná</w:t>
      </w:r>
      <w:r w:rsidRPr="00FF34A1">
        <w:rPr>
          <w:lang w:val="cs-CZ"/>
        </w:rPr>
        <w:t>. Z dokumentace musí být možné jednotlivé dny přiměřeně rozlišit, například podle data či času pořízení fotografie, pořadí dokumentace nebo jiného průkazného způsobu.</w:t>
      </w:r>
    </w:p>
    <w:p w:rsidR="00753EB8" w:rsidRPr="00FF34A1" w:rsidRDefault="00E82DBC">
      <w:pPr>
        <w:spacing w:after="80" w:line="259" w:lineRule="auto"/>
        <w:rPr>
          <w:lang w:val="cs-CZ"/>
        </w:rPr>
      </w:pPr>
      <w:r w:rsidRPr="00FF34A1">
        <w:rPr>
          <w:b/>
          <w:lang w:val="cs-CZ"/>
        </w:rPr>
        <w:lastRenderedPageBreak/>
        <w:t xml:space="preserve">36.5 </w:t>
      </w:r>
      <w:r w:rsidRPr="00FF34A1">
        <w:rPr>
          <w:lang w:val="cs-CZ"/>
        </w:rPr>
        <w:t>Kupující není povinen fotografiemi zpřístupňovat obsah svých soukromých odpovědí, vizí nebo jiných osobních textů. Tyto části může zakrýt nebo rozostřit, pokud je stále možné rozumně doložit splnění příslušného kroku.</w:t>
      </w:r>
    </w:p>
    <w:p w:rsidR="00753EB8" w:rsidRPr="00FF34A1" w:rsidRDefault="00E82DBC">
      <w:pPr>
        <w:spacing w:after="80" w:line="259" w:lineRule="auto"/>
        <w:rPr>
          <w:lang w:val="cs-CZ"/>
        </w:rPr>
      </w:pPr>
      <w:r w:rsidRPr="00FF34A1">
        <w:rPr>
          <w:b/>
          <w:lang w:val="cs-CZ"/>
        </w:rPr>
        <w:t xml:space="preserve">36.6 </w:t>
      </w:r>
      <w:r w:rsidRPr="00FF34A1">
        <w:rPr>
          <w:lang w:val="cs-CZ"/>
        </w:rPr>
        <w:t>Fotografickou dokumentaci Kupující předloží spolu s uplatněním Dobrovolné garance nebo bez zbytečného odkladu na výzvu Prodávající. Prodávající může požadovat pouze dokumentaci přiměřeně potřebnou k ověření splnění podmínek Dobrovolné garance.</w:t>
      </w:r>
    </w:p>
    <w:p w:rsidR="00753EB8" w:rsidRPr="00FF34A1" w:rsidRDefault="00E82DBC">
      <w:pPr>
        <w:spacing w:after="80" w:line="259" w:lineRule="auto"/>
        <w:rPr>
          <w:lang w:val="cs-CZ"/>
        </w:rPr>
      </w:pPr>
      <w:r w:rsidRPr="00FF34A1">
        <w:rPr>
          <w:b/>
          <w:lang w:val="cs-CZ"/>
        </w:rPr>
        <w:t xml:space="preserve">36.7 </w:t>
      </w:r>
      <w:r w:rsidRPr="00FF34A1">
        <w:rPr>
          <w:lang w:val="cs-CZ"/>
        </w:rPr>
        <w:t>Prodávající může zveřejnit samostatnou stránku nebo dokument „Pravidla Dobrovolné garance Ceremoniálu“ a odkázat na něj z produktové stránky</w:t>
      </w:r>
      <w:r w:rsidR="00E73DC6">
        <w:rPr>
          <w:lang w:val="cs-CZ"/>
        </w:rPr>
        <w:t xml:space="preserve">. </w:t>
      </w:r>
      <w:r w:rsidRPr="00FF34A1">
        <w:rPr>
          <w:lang w:val="cs-CZ"/>
        </w:rPr>
        <w:t>Může podrobněji vysvětlit praktický způsob plnění a dokládání podmínek uvedených v těchto VOP, nesmí však pro již uzavřenou smlouvu dodatečně zavést novou podstatnou podmínku nebo zpřísnit podmínky Dobrovolné garance. Pro konkrétní nákup je rozhodující znění dostupné Kupujícímu při uzavření smlouvy.</w:t>
      </w:r>
    </w:p>
    <w:p w:rsidR="00753EB8" w:rsidRPr="00FF34A1" w:rsidRDefault="00E82DBC">
      <w:pPr>
        <w:pStyle w:val="Nadpis1"/>
        <w:rPr>
          <w:lang w:val="cs-CZ"/>
        </w:rPr>
      </w:pPr>
      <w:r w:rsidRPr="00FF34A1">
        <w:rPr>
          <w:lang w:val="cs-CZ"/>
        </w:rPr>
        <w:t>37. Vrácení věcí při Dobrovolné garanci</w:t>
      </w:r>
    </w:p>
    <w:p w:rsidR="00753EB8" w:rsidRPr="00FF34A1" w:rsidRDefault="00E82DBC">
      <w:pPr>
        <w:spacing w:after="80" w:line="259" w:lineRule="auto"/>
        <w:rPr>
          <w:lang w:val="cs-CZ"/>
        </w:rPr>
      </w:pPr>
      <w:r w:rsidRPr="00FF34A1">
        <w:rPr>
          <w:b/>
          <w:lang w:val="cs-CZ"/>
        </w:rPr>
        <w:t xml:space="preserve">37.1 </w:t>
      </w:r>
      <w:r w:rsidRPr="00FF34A1">
        <w:rPr>
          <w:lang w:val="cs-CZ"/>
        </w:rPr>
        <w:t>Při využití Dobrovolné garance Kupující vrací:</w:t>
      </w:r>
    </w:p>
    <w:p w:rsidR="00753EB8" w:rsidRPr="00FF34A1" w:rsidRDefault="00E82DBC">
      <w:pPr>
        <w:spacing w:after="40"/>
        <w:ind w:left="397" w:hanging="283"/>
        <w:rPr>
          <w:lang w:val="cs-CZ"/>
        </w:rPr>
      </w:pPr>
      <w:r w:rsidRPr="00FF34A1">
        <w:rPr>
          <w:b/>
          <w:lang w:val="cs-CZ"/>
        </w:rPr>
        <w:t xml:space="preserve">a) </w:t>
      </w:r>
      <w:r w:rsidRPr="00FF34A1">
        <w:rPr>
          <w:lang w:val="cs-CZ"/>
        </w:rPr>
        <w:t>zarámovaný obraz včetně rámu a skla</w:t>
      </w:r>
    </w:p>
    <w:p w:rsidR="00753EB8" w:rsidRPr="00FF34A1" w:rsidRDefault="00E82DBC">
      <w:pPr>
        <w:spacing w:after="40"/>
        <w:ind w:left="397" w:hanging="283"/>
        <w:rPr>
          <w:lang w:val="cs-CZ"/>
        </w:rPr>
      </w:pPr>
      <w:r w:rsidRPr="00FF34A1">
        <w:rPr>
          <w:b/>
          <w:lang w:val="cs-CZ"/>
        </w:rPr>
        <w:t xml:space="preserve">b) </w:t>
      </w:r>
      <w:r w:rsidRPr="00FF34A1">
        <w:rPr>
          <w:lang w:val="cs-CZ"/>
        </w:rPr>
        <w:t>pečetidlo</w:t>
      </w:r>
    </w:p>
    <w:p w:rsidR="00753EB8" w:rsidRPr="00FF34A1" w:rsidRDefault="00E82DBC">
      <w:pPr>
        <w:spacing w:after="40"/>
        <w:ind w:left="397" w:hanging="283"/>
        <w:rPr>
          <w:lang w:val="cs-CZ"/>
        </w:rPr>
      </w:pPr>
      <w:r w:rsidRPr="00FF34A1">
        <w:rPr>
          <w:b/>
          <w:lang w:val="cs-CZ"/>
        </w:rPr>
        <w:t xml:space="preserve">c) </w:t>
      </w:r>
      <w:r w:rsidRPr="00FF34A1">
        <w:rPr>
          <w:lang w:val="cs-CZ"/>
        </w:rPr>
        <w:t>obálku nebo schránku na listiny</w:t>
      </w:r>
    </w:p>
    <w:p w:rsidR="00753EB8" w:rsidRPr="00FF34A1" w:rsidRDefault="00E82DBC" w:rsidP="007A1FF2">
      <w:pPr>
        <w:spacing w:after="80" w:line="259" w:lineRule="auto"/>
        <w:rPr>
          <w:lang w:val="cs-CZ"/>
        </w:rPr>
      </w:pPr>
      <w:r w:rsidRPr="00FF34A1">
        <w:rPr>
          <w:b/>
          <w:lang w:val="cs-CZ"/>
        </w:rPr>
        <w:t xml:space="preserve">37.2 </w:t>
      </w:r>
      <w:r w:rsidRPr="00FF34A1">
        <w:rPr>
          <w:lang w:val="cs-CZ"/>
        </w:rPr>
        <w:t>Při využití Dobrovol</w:t>
      </w:r>
      <w:r w:rsidR="007A1FF2">
        <w:rPr>
          <w:lang w:val="cs-CZ"/>
        </w:rPr>
        <w:t xml:space="preserve">né garance se nevracejí zejména </w:t>
      </w:r>
      <w:r w:rsidRPr="00FF34A1">
        <w:rPr>
          <w:lang w:val="cs-CZ"/>
        </w:rPr>
        <w:t>použité spotřební materiály, není-li uvedeno jinak</w:t>
      </w:r>
      <w:r w:rsidR="00E73DC6">
        <w:rPr>
          <w:lang w:val="cs-CZ"/>
        </w:rPr>
        <w:t>.</w:t>
      </w:r>
    </w:p>
    <w:p w:rsidR="00753EB8" w:rsidRPr="00FF34A1" w:rsidRDefault="00E82DBC">
      <w:pPr>
        <w:spacing w:after="80" w:line="259" w:lineRule="auto"/>
        <w:rPr>
          <w:lang w:val="cs-CZ"/>
        </w:rPr>
      </w:pPr>
      <w:r w:rsidRPr="00FF34A1">
        <w:rPr>
          <w:b/>
          <w:lang w:val="cs-CZ"/>
        </w:rPr>
        <w:t xml:space="preserve">37.3 </w:t>
      </w:r>
      <w:r w:rsidRPr="00FF34A1">
        <w:rPr>
          <w:lang w:val="cs-CZ"/>
        </w:rPr>
        <w:t>Původní obal a jeho vnitřní ochranné části Kupující použije k vrácení, pokud je má k dispozici a jsou stále vhodné k bezpečnému zabalení. Pokud je nelze bezpečně použít, zajistí Kupující jiný přiměřený ochranný obal odpovídající povaze a hodnotě vracených věcí.</w:t>
      </w:r>
    </w:p>
    <w:p w:rsidR="00753EB8" w:rsidRPr="00FF34A1" w:rsidRDefault="00E82DBC">
      <w:pPr>
        <w:spacing w:after="80" w:line="259" w:lineRule="auto"/>
        <w:rPr>
          <w:lang w:val="cs-CZ"/>
        </w:rPr>
      </w:pPr>
      <w:r w:rsidRPr="00FF34A1">
        <w:rPr>
          <w:b/>
          <w:lang w:val="cs-CZ"/>
        </w:rPr>
        <w:t xml:space="preserve">37.4 </w:t>
      </w:r>
      <w:r w:rsidRPr="00FF34A1">
        <w:rPr>
          <w:lang w:val="cs-CZ"/>
        </w:rPr>
        <w:t>Přímé náklady na zpětnou dopravu při využití Dobrovolné garance nese Kupující.</w:t>
      </w:r>
    </w:p>
    <w:p w:rsidR="00753EB8" w:rsidRPr="00FF34A1" w:rsidRDefault="00E82DBC">
      <w:pPr>
        <w:pStyle w:val="Nadpis1"/>
        <w:rPr>
          <w:lang w:val="cs-CZ"/>
        </w:rPr>
      </w:pPr>
      <w:r w:rsidRPr="00FF34A1">
        <w:rPr>
          <w:lang w:val="cs-CZ"/>
        </w:rPr>
        <w:t>38. Stav věcí vracených v rámci Dobrovolné garance</w:t>
      </w:r>
    </w:p>
    <w:p w:rsidR="00753EB8" w:rsidRPr="00FF34A1" w:rsidRDefault="00E82DBC">
      <w:pPr>
        <w:spacing w:after="80" w:line="259" w:lineRule="auto"/>
        <w:rPr>
          <w:lang w:val="cs-CZ"/>
        </w:rPr>
      </w:pPr>
      <w:r w:rsidRPr="00FF34A1">
        <w:rPr>
          <w:b/>
          <w:lang w:val="cs-CZ"/>
        </w:rPr>
        <w:t xml:space="preserve">38.1 </w:t>
      </w:r>
      <w:r w:rsidRPr="00FF34A1">
        <w:rPr>
          <w:lang w:val="cs-CZ"/>
        </w:rPr>
        <w:t>Vrácené součásti musí být ve stavu odpovídajícím jejich řádnému používání při Ceremoniálu a následném rituálu.</w:t>
      </w:r>
      <w:bookmarkStart w:id="0" w:name="_GoBack"/>
      <w:bookmarkEnd w:id="0"/>
    </w:p>
    <w:p w:rsidR="00753EB8" w:rsidRPr="00FF34A1" w:rsidRDefault="00E82DBC">
      <w:pPr>
        <w:spacing w:after="80" w:line="259" w:lineRule="auto"/>
        <w:rPr>
          <w:lang w:val="cs-CZ"/>
        </w:rPr>
      </w:pPr>
      <w:r w:rsidRPr="00FF34A1">
        <w:rPr>
          <w:b/>
          <w:lang w:val="cs-CZ"/>
        </w:rPr>
        <w:t xml:space="preserve">38.2 </w:t>
      </w:r>
      <w:r w:rsidRPr="00FF34A1">
        <w:rPr>
          <w:lang w:val="cs-CZ"/>
        </w:rPr>
        <w:t>Pokud je obraz, rám nebo jiná vratná část poškozena z důvodu, za který odpovídá Kupující, může Prodávající vracenou částku přiměřeně snížit.</w:t>
      </w:r>
    </w:p>
    <w:p w:rsidR="00753EB8" w:rsidRPr="00FF34A1" w:rsidRDefault="00E82DBC">
      <w:pPr>
        <w:spacing w:after="80" w:line="259" w:lineRule="auto"/>
        <w:rPr>
          <w:lang w:val="cs-CZ"/>
        </w:rPr>
      </w:pPr>
      <w:r w:rsidRPr="00FF34A1">
        <w:rPr>
          <w:b/>
          <w:lang w:val="cs-CZ"/>
        </w:rPr>
        <w:t xml:space="preserve">38.3 </w:t>
      </w:r>
      <w:r w:rsidRPr="00FF34A1">
        <w:rPr>
          <w:lang w:val="cs-CZ"/>
        </w:rPr>
        <w:t>Je-li obraz nebo rám z důvodu, za který odpovídá Kupující, nenávratně poškozen tak, že jeho další přiměřené použití nebo prodej není možný, může Prodávající využití Dobrovolné garance odmítnout a vracenou věc zaslat Kupujícímu zpět.</w:t>
      </w:r>
    </w:p>
    <w:p w:rsidR="00753EB8" w:rsidRPr="00FF34A1" w:rsidRDefault="00E82DBC">
      <w:pPr>
        <w:spacing w:after="80" w:line="259" w:lineRule="auto"/>
        <w:rPr>
          <w:lang w:val="cs-CZ"/>
        </w:rPr>
      </w:pPr>
      <w:r w:rsidRPr="00FF34A1">
        <w:rPr>
          <w:b/>
          <w:lang w:val="cs-CZ"/>
        </w:rPr>
        <w:t xml:space="preserve">38.4 </w:t>
      </w:r>
      <w:r w:rsidRPr="00FF34A1">
        <w:rPr>
          <w:lang w:val="cs-CZ"/>
        </w:rPr>
        <w:t>Tím nejsou dotčena zákonná práva Kupujícího v případě vady nebo poškození, za které odpovídá Prodávající.</w:t>
      </w:r>
    </w:p>
    <w:p w:rsidR="00753EB8" w:rsidRPr="00FF34A1" w:rsidRDefault="00E82DBC">
      <w:pPr>
        <w:pStyle w:val="Nadpis1"/>
        <w:rPr>
          <w:lang w:val="cs-CZ"/>
        </w:rPr>
      </w:pPr>
      <w:r w:rsidRPr="00FF34A1">
        <w:rPr>
          <w:lang w:val="cs-CZ"/>
        </w:rPr>
        <w:t>39. Digitální obsah po využití Dobrovolné garance</w:t>
      </w:r>
    </w:p>
    <w:p w:rsidR="00753EB8" w:rsidRPr="00FF34A1" w:rsidRDefault="00E82DBC">
      <w:pPr>
        <w:spacing w:after="80" w:line="259" w:lineRule="auto"/>
        <w:rPr>
          <w:lang w:val="cs-CZ"/>
        </w:rPr>
      </w:pPr>
      <w:r w:rsidRPr="00FF34A1">
        <w:rPr>
          <w:b/>
          <w:lang w:val="cs-CZ"/>
        </w:rPr>
        <w:t xml:space="preserve">39.1 </w:t>
      </w:r>
      <w:r w:rsidRPr="00FF34A1">
        <w:rPr>
          <w:lang w:val="cs-CZ"/>
        </w:rPr>
        <w:t>Po využití Dobrovolné garance a vrácení kupní ceny zaniká smluvní oprávnění Kupujícího dále používat digitální obsah Ceremoniálu.</w:t>
      </w:r>
    </w:p>
    <w:p w:rsidR="00753EB8" w:rsidRPr="00FF34A1" w:rsidRDefault="00E82DBC">
      <w:pPr>
        <w:spacing w:after="80" w:line="259" w:lineRule="auto"/>
        <w:rPr>
          <w:lang w:val="cs-CZ"/>
        </w:rPr>
      </w:pPr>
      <w:r w:rsidRPr="00FF34A1">
        <w:rPr>
          <w:b/>
          <w:lang w:val="cs-CZ"/>
        </w:rPr>
        <w:t xml:space="preserve">39.2 </w:t>
      </w:r>
      <w:r w:rsidRPr="00FF34A1">
        <w:rPr>
          <w:lang w:val="cs-CZ"/>
        </w:rPr>
        <w:t>Kupující je povinen:</w:t>
      </w:r>
    </w:p>
    <w:p w:rsidR="00753EB8" w:rsidRPr="00FF34A1" w:rsidRDefault="00E82DBC">
      <w:pPr>
        <w:spacing w:after="40"/>
        <w:ind w:left="397" w:hanging="283"/>
        <w:rPr>
          <w:lang w:val="cs-CZ"/>
        </w:rPr>
      </w:pPr>
      <w:r w:rsidRPr="00FF34A1">
        <w:rPr>
          <w:b/>
          <w:lang w:val="cs-CZ"/>
        </w:rPr>
        <w:t xml:space="preserve">a) </w:t>
      </w:r>
      <w:r w:rsidRPr="00FF34A1">
        <w:rPr>
          <w:lang w:val="cs-CZ"/>
        </w:rPr>
        <w:t>přestat digitální obsah používat</w:t>
      </w:r>
    </w:p>
    <w:p w:rsidR="00753EB8" w:rsidRPr="00FF34A1" w:rsidRDefault="00E82DBC">
      <w:pPr>
        <w:spacing w:after="40"/>
        <w:ind w:left="397" w:hanging="283"/>
        <w:rPr>
          <w:lang w:val="cs-CZ"/>
        </w:rPr>
      </w:pPr>
      <w:r w:rsidRPr="00FF34A1">
        <w:rPr>
          <w:b/>
          <w:lang w:val="cs-CZ"/>
        </w:rPr>
        <w:t xml:space="preserve">b) </w:t>
      </w:r>
      <w:r w:rsidRPr="00FF34A1">
        <w:rPr>
          <w:lang w:val="cs-CZ"/>
        </w:rPr>
        <w:t>neposkytovat jej třetím osobám</w:t>
      </w:r>
    </w:p>
    <w:p w:rsidR="00753EB8" w:rsidRPr="00FF34A1" w:rsidRDefault="00E82DBC">
      <w:pPr>
        <w:spacing w:after="40"/>
        <w:ind w:left="397" w:hanging="283"/>
        <w:rPr>
          <w:lang w:val="cs-CZ"/>
        </w:rPr>
      </w:pPr>
      <w:r w:rsidRPr="00FF34A1">
        <w:rPr>
          <w:b/>
          <w:lang w:val="cs-CZ"/>
        </w:rPr>
        <w:t xml:space="preserve">c) </w:t>
      </w:r>
      <w:r w:rsidRPr="00FF34A1">
        <w:rPr>
          <w:lang w:val="cs-CZ"/>
        </w:rPr>
        <w:t>dále jej nešířit</w:t>
      </w:r>
    </w:p>
    <w:p w:rsidR="00753EB8" w:rsidRPr="00FF34A1" w:rsidRDefault="00E82DBC">
      <w:pPr>
        <w:spacing w:after="40"/>
        <w:ind w:left="397" w:hanging="283"/>
        <w:rPr>
          <w:lang w:val="cs-CZ"/>
        </w:rPr>
      </w:pPr>
      <w:r w:rsidRPr="00FF34A1">
        <w:rPr>
          <w:b/>
          <w:lang w:val="cs-CZ"/>
        </w:rPr>
        <w:t xml:space="preserve">d) </w:t>
      </w:r>
      <w:r w:rsidRPr="00FF34A1">
        <w:rPr>
          <w:lang w:val="cs-CZ"/>
        </w:rPr>
        <w:t>odstranit uložené kopie ze svých zařízení a úložišť, pokud je to technicky možné</w:t>
      </w:r>
    </w:p>
    <w:p w:rsidR="00753EB8" w:rsidRPr="00FF34A1" w:rsidRDefault="00E82DBC">
      <w:pPr>
        <w:spacing w:after="80" w:line="259" w:lineRule="auto"/>
        <w:rPr>
          <w:lang w:val="cs-CZ"/>
        </w:rPr>
      </w:pPr>
      <w:r w:rsidRPr="00FF34A1">
        <w:rPr>
          <w:b/>
          <w:lang w:val="cs-CZ"/>
        </w:rPr>
        <w:t xml:space="preserve">39.3 </w:t>
      </w:r>
      <w:r w:rsidRPr="00FF34A1">
        <w:rPr>
          <w:lang w:val="cs-CZ"/>
        </w:rPr>
        <w:t>Při řádném splnění všech podmínek Dobrovolné garance vrátí Prodávající 100 % uhrazené kupní ceny Ceremoniálu, s výjimkou případného odůvodněného snížení podle čl. 38 těchto VOP.</w:t>
      </w:r>
    </w:p>
    <w:p w:rsidR="00753EB8" w:rsidRPr="00FF34A1" w:rsidRDefault="00E82DBC">
      <w:pPr>
        <w:pStyle w:val="Nadpis1"/>
        <w:rPr>
          <w:lang w:val="cs-CZ"/>
        </w:rPr>
      </w:pPr>
      <w:r w:rsidRPr="00FF34A1">
        <w:rPr>
          <w:lang w:val="cs-CZ"/>
        </w:rPr>
        <w:lastRenderedPageBreak/>
        <w:t>40. Dárkové poukazy</w:t>
      </w:r>
    </w:p>
    <w:p w:rsidR="00753EB8" w:rsidRPr="00FF34A1" w:rsidRDefault="00E82DBC">
      <w:pPr>
        <w:spacing w:after="80" w:line="259" w:lineRule="auto"/>
        <w:rPr>
          <w:lang w:val="cs-CZ"/>
        </w:rPr>
      </w:pPr>
      <w:r w:rsidRPr="00FF34A1">
        <w:rPr>
          <w:b/>
          <w:lang w:val="cs-CZ"/>
        </w:rPr>
        <w:t xml:space="preserve">40.1 </w:t>
      </w:r>
      <w:r w:rsidRPr="00FF34A1">
        <w:rPr>
          <w:lang w:val="cs-CZ"/>
        </w:rPr>
        <w:t>Prodávající nabízí digitální dárkové poukazy v hodnotách aktuálně uvedených v E-</w:t>
      </w:r>
      <w:proofErr w:type="spellStart"/>
      <w:r w:rsidRPr="00FF34A1">
        <w:rPr>
          <w:lang w:val="cs-CZ"/>
        </w:rPr>
        <w:t>shopu</w:t>
      </w:r>
      <w:proofErr w:type="spellEnd"/>
      <w:r w:rsidRPr="00FF34A1">
        <w:rPr>
          <w:lang w:val="cs-CZ"/>
        </w:rPr>
        <w:t>. Po individuální dohodě může vystavit také poukaz na jinou částku nebo na konkrétní produkt či službu.</w:t>
      </w:r>
    </w:p>
    <w:p w:rsidR="00753EB8" w:rsidRPr="00FF34A1" w:rsidRDefault="00E82DBC">
      <w:pPr>
        <w:spacing w:after="80" w:line="259" w:lineRule="auto"/>
        <w:rPr>
          <w:lang w:val="cs-CZ"/>
        </w:rPr>
      </w:pPr>
      <w:r w:rsidRPr="00FF34A1">
        <w:rPr>
          <w:b/>
          <w:lang w:val="cs-CZ"/>
        </w:rPr>
        <w:t xml:space="preserve">40.2 </w:t>
      </w:r>
      <w:r w:rsidRPr="00FF34A1">
        <w:rPr>
          <w:lang w:val="cs-CZ"/>
        </w:rPr>
        <w:t>Poukaz je standardně zasílán elektronicky e-mailem a je opatřen jedinečným kódem.</w:t>
      </w:r>
    </w:p>
    <w:p w:rsidR="00753EB8" w:rsidRPr="00FF34A1" w:rsidRDefault="00E82DBC">
      <w:pPr>
        <w:spacing w:after="80" w:line="259" w:lineRule="auto"/>
        <w:rPr>
          <w:lang w:val="cs-CZ"/>
        </w:rPr>
      </w:pPr>
      <w:r w:rsidRPr="00FF34A1">
        <w:rPr>
          <w:b/>
          <w:lang w:val="cs-CZ"/>
        </w:rPr>
        <w:t xml:space="preserve">40.3 </w:t>
      </w:r>
      <w:r w:rsidRPr="00FF34A1">
        <w:rPr>
          <w:lang w:val="cs-CZ"/>
        </w:rPr>
        <w:t>Není-li u konkrétního poukazu sjednáno jinak, činí jeho platnost jeden rok od zakoupení.</w:t>
      </w:r>
    </w:p>
    <w:p w:rsidR="00753EB8" w:rsidRPr="00FF34A1" w:rsidRDefault="00E82DBC">
      <w:pPr>
        <w:spacing w:after="80" w:line="259" w:lineRule="auto"/>
        <w:rPr>
          <w:lang w:val="cs-CZ"/>
        </w:rPr>
      </w:pPr>
      <w:r w:rsidRPr="00FF34A1">
        <w:rPr>
          <w:b/>
          <w:lang w:val="cs-CZ"/>
        </w:rPr>
        <w:t xml:space="preserve">40.4 </w:t>
      </w:r>
      <w:r w:rsidRPr="00FF34A1">
        <w:rPr>
          <w:lang w:val="cs-CZ"/>
        </w:rPr>
        <w:t>Poukaz lze podle jeho povahy uplatnit:</w:t>
      </w:r>
    </w:p>
    <w:p w:rsidR="00753EB8" w:rsidRPr="00FF34A1" w:rsidRDefault="00E82DBC">
      <w:pPr>
        <w:spacing w:after="40"/>
        <w:ind w:left="397" w:hanging="283"/>
        <w:rPr>
          <w:lang w:val="cs-CZ"/>
        </w:rPr>
      </w:pPr>
      <w:r w:rsidRPr="00FF34A1">
        <w:rPr>
          <w:b/>
          <w:lang w:val="cs-CZ"/>
        </w:rPr>
        <w:t xml:space="preserve">a) </w:t>
      </w:r>
      <w:r w:rsidRPr="00FF34A1">
        <w:rPr>
          <w:lang w:val="cs-CZ"/>
        </w:rPr>
        <w:t>v E-</w:t>
      </w:r>
      <w:proofErr w:type="spellStart"/>
      <w:r w:rsidRPr="00FF34A1">
        <w:rPr>
          <w:lang w:val="cs-CZ"/>
        </w:rPr>
        <w:t>shopu</w:t>
      </w:r>
      <w:proofErr w:type="spellEnd"/>
      <w:r w:rsidRPr="00FF34A1">
        <w:rPr>
          <w:lang w:val="cs-CZ"/>
        </w:rPr>
        <w:t xml:space="preserve"> zadáním příslušného kódu</w:t>
      </w:r>
    </w:p>
    <w:p w:rsidR="00753EB8" w:rsidRPr="00FF34A1" w:rsidRDefault="00E82DBC">
      <w:pPr>
        <w:spacing w:after="40"/>
        <w:ind w:left="397" w:hanging="283"/>
        <w:rPr>
          <w:lang w:val="cs-CZ"/>
        </w:rPr>
      </w:pPr>
      <w:r w:rsidRPr="00FF34A1">
        <w:rPr>
          <w:b/>
          <w:lang w:val="cs-CZ"/>
        </w:rPr>
        <w:t xml:space="preserve">b) </w:t>
      </w:r>
      <w:r w:rsidRPr="00FF34A1">
        <w:rPr>
          <w:lang w:val="cs-CZ"/>
        </w:rPr>
        <w:t>při osobním prodeji</w:t>
      </w:r>
    </w:p>
    <w:p w:rsidR="00753EB8" w:rsidRPr="00FF34A1" w:rsidRDefault="00E82DBC">
      <w:pPr>
        <w:spacing w:after="40"/>
        <w:ind w:left="397" w:hanging="283"/>
        <w:rPr>
          <w:lang w:val="cs-CZ"/>
        </w:rPr>
      </w:pPr>
      <w:r w:rsidRPr="00FF34A1">
        <w:rPr>
          <w:b/>
          <w:lang w:val="cs-CZ"/>
        </w:rPr>
        <w:t xml:space="preserve">c) </w:t>
      </w:r>
      <w:r w:rsidRPr="00FF34A1">
        <w:rPr>
          <w:lang w:val="cs-CZ"/>
        </w:rPr>
        <w:t>u individuálních poukazů případně po dohodě e-mailem</w:t>
      </w:r>
    </w:p>
    <w:p w:rsidR="00753EB8" w:rsidRPr="00FF34A1" w:rsidRDefault="00E82DBC">
      <w:pPr>
        <w:spacing w:after="80" w:line="259" w:lineRule="auto"/>
        <w:rPr>
          <w:lang w:val="cs-CZ"/>
        </w:rPr>
      </w:pPr>
      <w:r w:rsidRPr="00FF34A1">
        <w:rPr>
          <w:b/>
          <w:lang w:val="cs-CZ"/>
        </w:rPr>
        <w:t xml:space="preserve">40.5 </w:t>
      </w:r>
      <w:r w:rsidRPr="00FF34A1">
        <w:rPr>
          <w:lang w:val="cs-CZ"/>
        </w:rPr>
        <w:t>Standardní poukaz je jednorázový a nelze jej čerpat postupně.</w:t>
      </w:r>
    </w:p>
    <w:p w:rsidR="00753EB8" w:rsidRPr="00FF34A1" w:rsidRDefault="00E82DBC">
      <w:pPr>
        <w:spacing w:after="80" w:line="259" w:lineRule="auto"/>
        <w:rPr>
          <w:lang w:val="cs-CZ"/>
        </w:rPr>
      </w:pPr>
      <w:r w:rsidRPr="00FF34A1">
        <w:rPr>
          <w:b/>
          <w:lang w:val="cs-CZ"/>
        </w:rPr>
        <w:t xml:space="preserve">40.6 </w:t>
      </w:r>
      <w:r w:rsidRPr="00FF34A1">
        <w:rPr>
          <w:lang w:val="cs-CZ"/>
        </w:rPr>
        <w:t>Hodnota objednávky, na kterou je poukaz použit, musí být nejméně ve výši hodnoty poukazu. Je-li hodnota objednávky vyšší, Kupující doplatí rozdíl.</w:t>
      </w:r>
    </w:p>
    <w:p w:rsidR="00753EB8" w:rsidRPr="00FF34A1" w:rsidRDefault="00E82DBC">
      <w:pPr>
        <w:spacing w:after="80" w:line="259" w:lineRule="auto"/>
        <w:rPr>
          <w:lang w:val="cs-CZ"/>
        </w:rPr>
      </w:pPr>
      <w:r w:rsidRPr="00FF34A1">
        <w:rPr>
          <w:b/>
          <w:lang w:val="cs-CZ"/>
        </w:rPr>
        <w:t xml:space="preserve">40.7 </w:t>
      </w:r>
      <w:r w:rsidRPr="00FF34A1">
        <w:rPr>
          <w:lang w:val="cs-CZ"/>
        </w:rPr>
        <w:t>Nevyčerpaná část hodnoty poukazu se nevrací ani nepřevádí do dalšího nákupu, protože standardní poukaz není určen k částečnému čerpání.</w:t>
      </w:r>
    </w:p>
    <w:p w:rsidR="00753EB8" w:rsidRPr="00FF34A1" w:rsidRDefault="00E82DBC">
      <w:pPr>
        <w:spacing w:after="80" w:line="259" w:lineRule="auto"/>
        <w:rPr>
          <w:lang w:val="cs-CZ"/>
        </w:rPr>
      </w:pPr>
      <w:r w:rsidRPr="00FF34A1">
        <w:rPr>
          <w:b/>
          <w:lang w:val="cs-CZ"/>
        </w:rPr>
        <w:t xml:space="preserve">40.8 </w:t>
      </w:r>
      <w:r w:rsidRPr="00FF34A1">
        <w:rPr>
          <w:lang w:val="cs-CZ"/>
        </w:rPr>
        <w:t>Na jednu objednávku lze použít pouze jeden dárkový poukaz, není-li výslovně dohodnuto jinak.</w:t>
      </w:r>
    </w:p>
    <w:p w:rsidR="00753EB8" w:rsidRPr="00FF34A1" w:rsidRDefault="00E82DBC">
      <w:pPr>
        <w:spacing w:after="80" w:line="259" w:lineRule="auto"/>
        <w:rPr>
          <w:lang w:val="cs-CZ"/>
        </w:rPr>
      </w:pPr>
      <w:r w:rsidRPr="00FF34A1">
        <w:rPr>
          <w:b/>
          <w:lang w:val="cs-CZ"/>
        </w:rPr>
        <w:t xml:space="preserve">40.9 </w:t>
      </w:r>
      <w:r w:rsidRPr="00FF34A1">
        <w:rPr>
          <w:lang w:val="cs-CZ"/>
        </w:rPr>
        <w:t>Poukaz nelze standardně směnit za hotovost.</w:t>
      </w:r>
    </w:p>
    <w:p w:rsidR="00753EB8" w:rsidRPr="00FF34A1" w:rsidRDefault="00E82DBC">
      <w:pPr>
        <w:spacing w:after="80" w:line="259" w:lineRule="auto"/>
        <w:rPr>
          <w:lang w:val="cs-CZ"/>
        </w:rPr>
      </w:pPr>
      <w:r w:rsidRPr="00FF34A1">
        <w:rPr>
          <w:b/>
          <w:lang w:val="cs-CZ"/>
        </w:rPr>
        <w:t xml:space="preserve">40.10 </w:t>
      </w:r>
      <w:r w:rsidRPr="00FF34A1">
        <w:rPr>
          <w:lang w:val="cs-CZ"/>
        </w:rPr>
        <w:t>Prodávající poskytuje spotřebiteli u nepoužitého dárkového poukazu zakoupeného distančním způsobem smluvní právo odstoupit od smlouvy do 14 dnů od jejího uzavření. Po odstoupení Prodávající příslušný kód zneplatní a vrátí spotřebiteli uhrazenou cenu. Tím nejsou dotčena případná širší zákonná práva spotřebitele.</w:t>
      </w:r>
    </w:p>
    <w:p w:rsidR="00753EB8" w:rsidRPr="00FF34A1" w:rsidRDefault="00E82DBC">
      <w:pPr>
        <w:spacing w:after="80" w:line="259" w:lineRule="auto"/>
        <w:rPr>
          <w:lang w:val="cs-CZ"/>
        </w:rPr>
      </w:pPr>
      <w:r w:rsidRPr="00FF34A1">
        <w:rPr>
          <w:b/>
          <w:lang w:val="cs-CZ"/>
        </w:rPr>
        <w:t xml:space="preserve">40.11 </w:t>
      </w:r>
      <w:r w:rsidRPr="00FF34A1">
        <w:rPr>
          <w:lang w:val="cs-CZ"/>
        </w:rPr>
        <w:t>Při vrácení ceny zboží původně uhrazeného zcela nebo zčásti poukazem se vypořádání části uhrazené poukazem provede s ohledem na použitý způsob úhrady, zejména obnovením odpovídající hodnoty poukazu nebo vydáním náhradního poukazu, pokud právní předpis nebo konkrétní okolnosti nevyžadují jiný postup.</w:t>
      </w:r>
    </w:p>
    <w:p w:rsidR="00753EB8" w:rsidRPr="00FF34A1" w:rsidRDefault="00E82DBC">
      <w:pPr>
        <w:pStyle w:val="Nadpis1"/>
        <w:rPr>
          <w:lang w:val="cs-CZ"/>
        </w:rPr>
      </w:pPr>
      <w:r w:rsidRPr="00FF34A1">
        <w:rPr>
          <w:lang w:val="cs-CZ"/>
        </w:rPr>
        <w:t>41. Práva z vadného plnění u fyzického zboží</w:t>
      </w:r>
    </w:p>
    <w:p w:rsidR="00753EB8" w:rsidRPr="00FF34A1" w:rsidRDefault="00E82DBC">
      <w:pPr>
        <w:spacing w:after="80" w:line="259" w:lineRule="auto"/>
        <w:rPr>
          <w:lang w:val="cs-CZ"/>
        </w:rPr>
      </w:pPr>
      <w:r w:rsidRPr="00FF34A1">
        <w:rPr>
          <w:b/>
          <w:lang w:val="cs-CZ"/>
        </w:rPr>
        <w:t xml:space="preserve">41.1 </w:t>
      </w:r>
      <w:r w:rsidRPr="00FF34A1">
        <w:rPr>
          <w:lang w:val="cs-CZ"/>
        </w:rPr>
        <w:t>Prodávající odpovídá spotřebiteli za to, že zboží při převzetí nemá vady a odpovídá smlouvě a zákonným požadavkům.</w:t>
      </w:r>
    </w:p>
    <w:p w:rsidR="00753EB8" w:rsidRPr="00FF34A1" w:rsidRDefault="00E82DBC">
      <w:pPr>
        <w:spacing w:after="80" w:line="259" w:lineRule="auto"/>
        <w:rPr>
          <w:lang w:val="cs-CZ"/>
        </w:rPr>
      </w:pPr>
      <w:r w:rsidRPr="00FF34A1">
        <w:rPr>
          <w:b/>
          <w:lang w:val="cs-CZ"/>
        </w:rPr>
        <w:t xml:space="preserve">41.2 </w:t>
      </w:r>
      <w:r w:rsidRPr="00FF34A1">
        <w:rPr>
          <w:lang w:val="cs-CZ"/>
        </w:rPr>
        <w:t>Spotřebitel může vytknout vadu, která se na zboží projeví v průběhu dvou let od jeho převzetí, v rozsahu stanoveném občanským zákoníkem.</w:t>
      </w:r>
    </w:p>
    <w:p w:rsidR="00753EB8" w:rsidRPr="00FF34A1" w:rsidRDefault="00E82DBC">
      <w:pPr>
        <w:spacing w:after="80" w:line="259" w:lineRule="auto"/>
        <w:rPr>
          <w:lang w:val="cs-CZ"/>
        </w:rPr>
      </w:pPr>
      <w:r w:rsidRPr="00FF34A1">
        <w:rPr>
          <w:b/>
          <w:lang w:val="cs-CZ"/>
        </w:rPr>
        <w:t xml:space="preserve">41.3 </w:t>
      </w:r>
      <w:r w:rsidRPr="00FF34A1">
        <w:rPr>
          <w:lang w:val="cs-CZ"/>
        </w:rPr>
        <w:t>Projeví-li se vada v průběhu jednoho roku od převzetí, má se za to, že věc byla vadná již při převzetí, ledaže to povaha věci nebo vady vylučuje.</w:t>
      </w:r>
    </w:p>
    <w:p w:rsidR="00753EB8" w:rsidRPr="00FF34A1" w:rsidRDefault="00E82DBC">
      <w:pPr>
        <w:spacing w:after="80" w:line="259" w:lineRule="auto"/>
        <w:rPr>
          <w:lang w:val="cs-CZ"/>
        </w:rPr>
      </w:pPr>
      <w:r w:rsidRPr="00FF34A1">
        <w:rPr>
          <w:b/>
          <w:lang w:val="cs-CZ"/>
        </w:rPr>
        <w:t xml:space="preserve">41.4 </w:t>
      </w:r>
      <w:r w:rsidRPr="00FF34A1">
        <w:rPr>
          <w:lang w:val="cs-CZ"/>
        </w:rPr>
        <w:t>Podle povahy vady a zákonných podmínek může spotřebitel požadovat zejména její odstranění opravou nebo dodáním nové věci a v zákonem stanovených případech také přiměřenou slevu nebo odstoupit od smlouvy. U jedinečného originálu nemusí být z povahy věci možné dodat identický nový kus.</w:t>
      </w:r>
    </w:p>
    <w:p w:rsidR="00753EB8" w:rsidRPr="00FF34A1" w:rsidRDefault="00E82DBC">
      <w:pPr>
        <w:pStyle w:val="Nadpis1"/>
        <w:rPr>
          <w:lang w:val="cs-CZ"/>
        </w:rPr>
      </w:pPr>
      <w:r w:rsidRPr="00FF34A1">
        <w:rPr>
          <w:lang w:val="cs-CZ"/>
        </w:rPr>
        <w:t>42. Běžné opotřebení a péče o produkty</w:t>
      </w:r>
    </w:p>
    <w:p w:rsidR="00753EB8" w:rsidRPr="00FF34A1" w:rsidRDefault="00E82DBC">
      <w:pPr>
        <w:spacing w:after="80" w:line="259" w:lineRule="auto"/>
        <w:rPr>
          <w:lang w:val="cs-CZ"/>
        </w:rPr>
      </w:pPr>
      <w:r w:rsidRPr="00FF34A1">
        <w:rPr>
          <w:b/>
          <w:lang w:val="cs-CZ"/>
        </w:rPr>
        <w:t xml:space="preserve">42.1 </w:t>
      </w:r>
      <w:r w:rsidRPr="00FF34A1">
        <w:rPr>
          <w:lang w:val="cs-CZ"/>
        </w:rPr>
        <w:t>Prodávající neodpovídá za běžné opotřebení odpovídající obvyklému používání výrobku.</w:t>
      </w:r>
    </w:p>
    <w:p w:rsidR="00753EB8" w:rsidRPr="00FF34A1" w:rsidRDefault="00E82DBC">
      <w:pPr>
        <w:spacing w:after="80" w:line="259" w:lineRule="auto"/>
        <w:rPr>
          <w:lang w:val="cs-CZ"/>
        </w:rPr>
      </w:pPr>
      <w:r w:rsidRPr="00FF34A1">
        <w:rPr>
          <w:b/>
          <w:lang w:val="cs-CZ"/>
        </w:rPr>
        <w:t xml:space="preserve">42.2 </w:t>
      </w:r>
      <w:r w:rsidRPr="00FF34A1">
        <w:rPr>
          <w:lang w:val="cs-CZ"/>
        </w:rPr>
        <w:t>Prodávající neodpovídá za poškození vzniklé po převzetí v důsledku jednání Kupujícího nebo jiné osoby, zejména nesprávnou manipulací, mechanickým poškozením, působením vody, nevhodnou vlhkostí, nevhodným skladováním, nadměrným teplem, dlouhodobým působením přímého slunečního záření nebo nedodržením pokynů k péči, pokud tato okolnost poškození skutečně způsobila.</w:t>
      </w:r>
    </w:p>
    <w:p w:rsidR="00753EB8" w:rsidRPr="00FF34A1" w:rsidRDefault="00E82DBC">
      <w:pPr>
        <w:spacing w:after="80" w:line="259" w:lineRule="auto"/>
        <w:rPr>
          <w:lang w:val="cs-CZ"/>
        </w:rPr>
      </w:pPr>
      <w:r w:rsidRPr="00FF34A1">
        <w:rPr>
          <w:b/>
          <w:lang w:val="cs-CZ"/>
        </w:rPr>
        <w:t xml:space="preserve">42.3 </w:t>
      </w:r>
      <w:r w:rsidRPr="00FF34A1">
        <w:rPr>
          <w:lang w:val="cs-CZ"/>
        </w:rPr>
        <w:t>Toto ustanovení se použije s přihlédnutím k povaze obrazů, tisků a papírenských výrobků a nijak neomezuje práva spotřebitele z vady, kterou výrobek měl při převzetí.</w:t>
      </w:r>
    </w:p>
    <w:p w:rsidR="00753EB8" w:rsidRPr="00FF34A1" w:rsidRDefault="00E82DBC">
      <w:pPr>
        <w:pStyle w:val="Nadpis1"/>
        <w:rPr>
          <w:lang w:val="cs-CZ"/>
        </w:rPr>
      </w:pPr>
      <w:r w:rsidRPr="00FF34A1">
        <w:rPr>
          <w:lang w:val="cs-CZ"/>
        </w:rPr>
        <w:lastRenderedPageBreak/>
        <w:t>43. Reklamace fyzického zboží</w:t>
      </w:r>
    </w:p>
    <w:p w:rsidR="00753EB8" w:rsidRPr="00FF34A1" w:rsidRDefault="00E82DBC">
      <w:pPr>
        <w:spacing w:after="80" w:line="259" w:lineRule="auto"/>
        <w:rPr>
          <w:lang w:val="cs-CZ"/>
        </w:rPr>
      </w:pPr>
      <w:r w:rsidRPr="00FF34A1">
        <w:rPr>
          <w:b/>
          <w:lang w:val="cs-CZ"/>
        </w:rPr>
        <w:t xml:space="preserve">43.1 </w:t>
      </w:r>
      <w:r w:rsidRPr="00FF34A1">
        <w:rPr>
          <w:lang w:val="cs-CZ"/>
        </w:rPr>
        <w:t>Reklamaci lze uplatnit zejména e-mailem na sarka@sarkaart.cz nebo písemně na adrese Mgr. Šárka Pham, Ečerova 961/15, 635 00 Brno, Česká republika.</w:t>
      </w:r>
    </w:p>
    <w:p w:rsidR="00753EB8" w:rsidRPr="00FF34A1" w:rsidRDefault="00E82DBC">
      <w:pPr>
        <w:spacing w:after="80" w:line="259" w:lineRule="auto"/>
        <w:rPr>
          <w:lang w:val="cs-CZ"/>
        </w:rPr>
      </w:pPr>
      <w:r w:rsidRPr="00FF34A1">
        <w:rPr>
          <w:b/>
          <w:lang w:val="cs-CZ"/>
        </w:rPr>
        <w:t xml:space="preserve">43.2 </w:t>
      </w:r>
      <w:r w:rsidRPr="00FF34A1">
        <w:rPr>
          <w:lang w:val="cs-CZ"/>
        </w:rPr>
        <w:t>Kupující by měl vadu dostatečně popsat a podle možností uvést údaje umožňující dohledat příslušný nákup. Fotografie mohou posouzení vady významně usnadnit, nejsou však automatickou podmínkou zachování zákonných práv spotřebitele.</w:t>
      </w:r>
    </w:p>
    <w:p w:rsidR="00753EB8" w:rsidRPr="00FF34A1" w:rsidRDefault="00E82DBC">
      <w:pPr>
        <w:spacing w:after="80" w:line="259" w:lineRule="auto"/>
        <w:rPr>
          <w:lang w:val="cs-CZ"/>
        </w:rPr>
      </w:pPr>
      <w:r w:rsidRPr="00FF34A1">
        <w:rPr>
          <w:b/>
          <w:lang w:val="cs-CZ"/>
        </w:rPr>
        <w:t xml:space="preserve">43.3 </w:t>
      </w:r>
      <w:r w:rsidRPr="00FF34A1">
        <w:rPr>
          <w:lang w:val="cs-CZ"/>
        </w:rPr>
        <w:t>Je-li to s ohledem na povahu vady nutné, může Prodávající požádat o předložení nebo zaslání reklamovaného výrobku.</w:t>
      </w:r>
    </w:p>
    <w:p w:rsidR="00753EB8" w:rsidRPr="00FF34A1" w:rsidRDefault="00E82DBC">
      <w:pPr>
        <w:spacing w:after="80" w:line="259" w:lineRule="auto"/>
        <w:rPr>
          <w:lang w:val="cs-CZ"/>
        </w:rPr>
      </w:pPr>
      <w:r w:rsidRPr="00FF34A1">
        <w:rPr>
          <w:b/>
          <w:lang w:val="cs-CZ"/>
        </w:rPr>
        <w:t xml:space="preserve">43.4 </w:t>
      </w:r>
      <w:r w:rsidRPr="00FF34A1">
        <w:rPr>
          <w:lang w:val="cs-CZ"/>
        </w:rPr>
        <w:t>Prodávající vydá spotřebiteli potvrzení o uplatnění reklamace a o jejím vyřízení v rozsahu požadovaném právními předpisy.</w:t>
      </w:r>
    </w:p>
    <w:p w:rsidR="00753EB8" w:rsidRPr="00FF34A1" w:rsidRDefault="00E82DBC">
      <w:pPr>
        <w:spacing w:after="80" w:line="259" w:lineRule="auto"/>
        <w:rPr>
          <w:lang w:val="cs-CZ"/>
        </w:rPr>
      </w:pPr>
      <w:r w:rsidRPr="00FF34A1">
        <w:rPr>
          <w:b/>
          <w:lang w:val="cs-CZ"/>
        </w:rPr>
        <w:t xml:space="preserve">43.5 </w:t>
      </w:r>
      <w:r w:rsidRPr="00FF34A1">
        <w:rPr>
          <w:lang w:val="cs-CZ"/>
        </w:rPr>
        <w:t>Reklamace spotřebitele bude včetně odstranění vady vyřízena a spotřebitel o jejím vyřízení informován nejpozději do 30 dnů od jejího uplatnění, pokud se strany nedohodnou na delší lhůtě.</w:t>
      </w:r>
    </w:p>
    <w:p w:rsidR="00753EB8" w:rsidRPr="00FF34A1" w:rsidRDefault="00E82DBC">
      <w:pPr>
        <w:spacing w:after="80" w:line="259" w:lineRule="auto"/>
        <w:rPr>
          <w:lang w:val="cs-CZ"/>
        </w:rPr>
      </w:pPr>
      <w:r w:rsidRPr="00FF34A1">
        <w:rPr>
          <w:b/>
          <w:lang w:val="cs-CZ"/>
        </w:rPr>
        <w:t xml:space="preserve">43.6 </w:t>
      </w:r>
      <w:r w:rsidRPr="00FF34A1">
        <w:rPr>
          <w:lang w:val="cs-CZ"/>
        </w:rPr>
        <w:t>U oprávněné reklamace má spotřebitel právo na náhradu účelně vynaložených nákladů v rozsahu stanoveném zákonem.</w:t>
      </w:r>
    </w:p>
    <w:p w:rsidR="00753EB8" w:rsidRPr="00FF34A1" w:rsidRDefault="00E82DBC">
      <w:pPr>
        <w:spacing w:after="80" w:line="259" w:lineRule="auto"/>
        <w:rPr>
          <w:lang w:val="cs-CZ"/>
        </w:rPr>
      </w:pPr>
      <w:r w:rsidRPr="00FF34A1">
        <w:rPr>
          <w:b/>
          <w:lang w:val="cs-CZ"/>
        </w:rPr>
        <w:t xml:space="preserve">43.7 </w:t>
      </w:r>
      <w:r w:rsidRPr="00FF34A1">
        <w:rPr>
          <w:lang w:val="cs-CZ"/>
        </w:rPr>
        <w:t>Podrobnější informace o postupu při reklamaci mohou být uvedeny v samostatném Reklamačním řádu. Tento dokument nesmí omezovat práva přiznaná Kupujícímu právními předpisy nebo těmito VOP.</w:t>
      </w:r>
    </w:p>
    <w:p w:rsidR="00753EB8" w:rsidRPr="00FF34A1" w:rsidRDefault="00E82DBC">
      <w:pPr>
        <w:pStyle w:val="Nadpis1"/>
        <w:rPr>
          <w:lang w:val="cs-CZ"/>
        </w:rPr>
      </w:pPr>
      <w:r w:rsidRPr="00FF34A1">
        <w:rPr>
          <w:lang w:val="cs-CZ"/>
        </w:rPr>
        <w:t>44. Poškození při přepravě</w:t>
      </w:r>
    </w:p>
    <w:p w:rsidR="00753EB8" w:rsidRPr="00FF34A1" w:rsidRDefault="00E82DBC">
      <w:pPr>
        <w:spacing w:after="80" w:line="259" w:lineRule="auto"/>
        <w:rPr>
          <w:lang w:val="cs-CZ"/>
        </w:rPr>
      </w:pPr>
      <w:r w:rsidRPr="00FF34A1">
        <w:rPr>
          <w:b/>
          <w:lang w:val="cs-CZ"/>
        </w:rPr>
        <w:t xml:space="preserve">44.1 </w:t>
      </w:r>
      <w:r w:rsidRPr="00FF34A1">
        <w:rPr>
          <w:lang w:val="cs-CZ"/>
        </w:rPr>
        <w:t>Zjistí-li Kupující poškození zásilky, doporučuje Prodávající stav bez zbytečného odkladu zdokumentovat.</w:t>
      </w:r>
    </w:p>
    <w:p w:rsidR="00753EB8" w:rsidRPr="00FF34A1" w:rsidRDefault="00E82DBC">
      <w:pPr>
        <w:spacing w:after="80" w:line="259" w:lineRule="auto"/>
        <w:rPr>
          <w:lang w:val="cs-CZ"/>
        </w:rPr>
      </w:pPr>
      <w:r w:rsidRPr="00FF34A1">
        <w:rPr>
          <w:b/>
          <w:lang w:val="cs-CZ"/>
        </w:rPr>
        <w:t xml:space="preserve">44.2 </w:t>
      </w:r>
      <w:r w:rsidRPr="00FF34A1">
        <w:rPr>
          <w:lang w:val="cs-CZ"/>
        </w:rPr>
        <w:t>Je vhodné podle možností zachytit zejména stav vnějšího obalu, přepravního štítku, vnitřního balení a ochranných materiálů a samotného poškozeného výrobku.</w:t>
      </w:r>
    </w:p>
    <w:p w:rsidR="00753EB8" w:rsidRPr="00FF34A1" w:rsidRDefault="00E82DBC">
      <w:pPr>
        <w:spacing w:after="80" w:line="259" w:lineRule="auto"/>
        <w:rPr>
          <w:lang w:val="cs-CZ"/>
        </w:rPr>
      </w:pPr>
      <w:r w:rsidRPr="00FF34A1">
        <w:rPr>
          <w:b/>
          <w:lang w:val="cs-CZ"/>
        </w:rPr>
        <w:t xml:space="preserve">44.3 </w:t>
      </w:r>
      <w:r w:rsidRPr="00FF34A1">
        <w:rPr>
          <w:lang w:val="cs-CZ"/>
        </w:rPr>
        <w:t>Pokud je to možné, doporučuje se obal a ochranné materiály do vyřešení případu uchovat.</w:t>
      </w:r>
    </w:p>
    <w:p w:rsidR="00753EB8" w:rsidRPr="00FF34A1" w:rsidRDefault="00E82DBC">
      <w:pPr>
        <w:spacing w:after="80" w:line="259" w:lineRule="auto"/>
        <w:rPr>
          <w:lang w:val="cs-CZ"/>
        </w:rPr>
      </w:pPr>
      <w:r w:rsidRPr="00FF34A1">
        <w:rPr>
          <w:b/>
          <w:lang w:val="cs-CZ"/>
        </w:rPr>
        <w:t xml:space="preserve">44.4 </w:t>
      </w:r>
      <w:r w:rsidRPr="00FF34A1">
        <w:rPr>
          <w:lang w:val="cs-CZ"/>
        </w:rPr>
        <w:t>Absence původního obalu nebo fotodokumentace sama o sobě nezpůsobuje zánik zákonných práv spotřebitele.</w:t>
      </w:r>
    </w:p>
    <w:p w:rsidR="00753EB8" w:rsidRPr="00FF34A1" w:rsidRDefault="00E82DBC">
      <w:pPr>
        <w:spacing w:after="80" w:line="259" w:lineRule="auto"/>
        <w:rPr>
          <w:lang w:val="cs-CZ"/>
        </w:rPr>
      </w:pPr>
      <w:r w:rsidRPr="00FF34A1">
        <w:rPr>
          <w:b/>
          <w:lang w:val="cs-CZ"/>
        </w:rPr>
        <w:t xml:space="preserve">44.5 </w:t>
      </w:r>
      <w:r w:rsidRPr="00FF34A1">
        <w:rPr>
          <w:lang w:val="cs-CZ"/>
        </w:rPr>
        <w:t>Kupující řeší reklamaci s Prodávající. Prodávající následně řeší své případné nároky vůči dopravci nebo externí tiskárně.</w:t>
      </w:r>
    </w:p>
    <w:p w:rsidR="00753EB8" w:rsidRPr="00FF34A1" w:rsidRDefault="00E82DBC">
      <w:pPr>
        <w:pStyle w:val="Nadpis1"/>
        <w:rPr>
          <w:lang w:val="cs-CZ"/>
        </w:rPr>
      </w:pPr>
      <w:r w:rsidRPr="00FF34A1">
        <w:rPr>
          <w:lang w:val="cs-CZ"/>
        </w:rPr>
        <w:t>45. Vady digitálního obsahu Ceremoniálu</w:t>
      </w:r>
    </w:p>
    <w:p w:rsidR="00753EB8" w:rsidRPr="00FF34A1" w:rsidRDefault="00E82DBC">
      <w:pPr>
        <w:spacing w:after="80" w:line="259" w:lineRule="auto"/>
        <w:rPr>
          <w:lang w:val="cs-CZ"/>
        </w:rPr>
      </w:pPr>
      <w:r w:rsidRPr="00FF34A1">
        <w:rPr>
          <w:b/>
          <w:lang w:val="cs-CZ"/>
        </w:rPr>
        <w:t xml:space="preserve">45.1 </w:t>
      </w:r>
      <w:r w:rsidRPr="00FF34A1">
        <w:rPr>
          <w:lang w:val="cs-CZ"/>
        </w:rPr>
        <w:t>Prodávající odpovídá za digitální obsah v rozsahu stanoveném občanským zákoníkem.</w:t>
      </w:r>
    </w:p>
    <w:p w:rsidR="00753EB8" w:rsidRPr="00FF34A1" w:rsidRDefault="00E82DBC">
      <w:pPr>
        <w:spacing w:after="80" w:line="259" w:lineRule="auto"/>
        <w:rPr>
          <w:lang w:val="cs-CZ"/>
        </w:rPr>
      </w:pPr>
      <w:r w:rsidRPr="00FF34A1">
        <w:rPr>
          <w:b/>
          <w:lang w:val="cs-CZ"/>
        </w:rPr>
        <w:t xml:space="preserve">45.2 </w:t>
      </w:r>
      <w:r w:rsidRPr="00FF34A1">
        <w:rPr>
          <w:lang w:val="cs-CZ"/>
        </w:rPr>
        <w:t>Podle povahy problému může náprava spočívat zejména v:</w:t>
      </w:r>
    </w:p>
    <w:p w:rsidR="00753EB8" w:rsidRPr="00FF34A1" w:rsidRDefault="00E82DBC">
      <w:pPr>
        <w:spacing w:after="40"/>
        <w:ind w:left="397" w:hanging="283"/>
        <w:rPr>
          <w:lang w:val="cs-CZ"/>
        </w:rPr>
      </w:pPr>
      <w:r w:rsidRPr="00FF34A1">
        <w:rPr>
          <w:b/>
          <w:lang w:val="cs-CZ"/>
        </w:rPr>
        <w:t xml:space="preserve">a) </w:t>
      </w:r>
      <w:r w:rsidRPr="00FF34A1">
        <w:rPr>
          <w:lang w:val="cs-CZ"/>
        </w:rPr>
        <w:t>opravě technické chyby</w:t>
      </w:r>
    </w:p>
    <w:p w:rsidR="00753EB8" w:rsidRPr="00FF34A1" w:rsidRDefault="00E82DBC">
      <w:pPr>
        <w:spacing w:after="40"/>
        <w:ind w:left="397" w:hanging="283"/>
        <w:rPr>
          <w:lang w:val="cs-CZ"/>
        </w:rPr>
      </w:pPr>
      <w:r w:rsidRPr="00FF34A1">
        <w:rPr>
          <w:b/>
          <w:lang w:val="cs-CZ"/>
        </w:rPr>
        <w:t xml:space="preserve">b) </w:t>
      </w:r>
      <w:r w:rsidRPr="00FF34A1">
        <w:rPr>
          <w:lang w:val="cs-CZ"/>
        </w:rPr>
        <w:t>zaslání nového souboru</w:t>
      </w:r>
    </w:p>
    <w:p w:rsidR="00753EB8" w:rsidRPr="00FF34A1" w:rsidRDefault="00E82DBC">
      <w:pPr>
        <w:spacing w:after="40"/>
        <w:ind w:left="397" w:hanging="283"/>
        <w:rPr>
          <w:lang w:val="cs-CZ"/>
        </w:rPr>
      </w:pPr>
      <w:r w:rsidRPr="00FF34A1">
        <w:rPr>
          <w:b/>
          <w:lang w:val="cs-CZ"/>
        </w:rPr>
        <w:t xml:space="preserve">c) </w:t>
      </w:r>
      <w:r w:rsidRPr="00FF34A1">
        <w:rPr>
          <w:lang w:val="cs-CZ"/>
        </w:rPr>
        <w:t>poskytnutí nového odkazu</w:t>
      </w:r>
    </w:p>
    <w:p w:rsidR="00753EB8" w:rsidRPr="00FF34A1" w:rsidRDefault="00E82DBC">
      <w:pPr>
        <w:spacing w:after="40"/>
        <w:ind w:left="397" w:hanging="283"/>
        <w:rPr>
          <w:lang w:val="cs-CZ"/>
        </w:rPr>
      </w:pPr>
      <w:r w:rsidRPr="00FF34A1">
        <w:rPr>
          <w:b/>
          <w:lang w:val="cs-CZ"/>
        </w:rPr>
        <w:t xml:space="preserve">d) </w:t>
      </w:r>
      <w:r w:rsidRPr="00FF34A1">
        <w:rPr>
          <w:lang w:val="cs-CZ"/>
        </w:rPr>
        <w:t>novém zpřístupnění materiálu</w:t>
      </w:r>
    </w:p>
    <w:p w:rsidR="00753EB8" w:rsidRPr="00FF34A1" w:rsidRDefault="00E82DBC">
      <w:pPr>
        <w:spacing w:after="80" w:line="259" w:lineRule="auto"/>
        <w:rPr>
          <w:lang w:val="cs-CZ"/>
        </w:rPr>
      </w:pPr>
      <w:r w:rsidRPr="00FF34A1">
        <w:rPr>
          <w:b/>
          <w:lang w:val="cs-CZ"/>
        </w:rPr>
        <w:t xml:space="preserve">45.3 </w:t>
      </w:r>
      <w:r w:rsidRPr="00FF34A1">
        <w:rPr>
          <w:lang w:val="cs-CZ"/>
        </w:rPr>
        <w:t>U digitálního obsahu poskytovaného po určitou dobu odpovídá Prodávající za jeho bezvadnost po dobu, po kterou je podle smlouvy poskytován, v rozsahu stanoveném zákonem.</w:t>
      </w:r>
    </w:p>
    <w:p w:rsidR="00753EB8" w:rsidRPr="00FF34A1" w:rsidRDefault="00E82DBC">
      <w:pPr>
        <w:spacing w:after="80" w:line="259" w:lineRule="auto"/>
        <w:rPr>
          <w:lang w:val="cs-CZ"/>
        </w:rPr>
      </w:pPr>
      <w:r w:rsidRPr="00FF34A1">
        <w:rPr>
          <w:b/>
          <w:lang w:val="cs-CZ"/>
        </w:rPr>
        <w:t xml:space="preserve">45.4 </w:t>
      </w:r>
      <w:r w:rsidRPr="00FF34A1">
        <w:rPr>
          <w:lang w:val="cs-CZ"/>
        </w:rPr>
        <w:t>Vada digitálního obsahu se odstraní v přiměřené době s ohledem na jeho povahu a účel, pro který jej Kupující požadoval.</w:t>
      </w:r>
    </w:p>
    <w:p w:rsidR="00753EB8" w:rsidRPr="00FF34A1" w:rsidRDefault="00E82DBC">
      <w:pPr>
        <w:pStyle w:val="Nadpis1"/>
        <w:rPr>
          <w:lang w:val="cs-CZ"/>
        </w:rPr>
      </w:pPr>
      <w:r w:rsidRPr="00FF34A1">
        <w:rPr>
          <w:lang w:val="cs-CZ"/>
        </w:rPr>
        <w:t>46. Licence k digitálnímu obsahu</w:t>
      </w:r>
    </w:p>
    <w:p w:rsidR="00753EB8" w:rsidRPr="00FF34A1" w:rsidRDefault="00E82DBC">
      <w:pPr>
        <w:spacing w:after="80" w:line="259" w:lineRule="auto"/>
        <w:rPr>
          <w:lang w:val="cs-CZ"/>
        </w:rPr>
      </w:pPr>
      <w:r w:rsidRPr="00FF34A1">
        <w:rPr>
          <w:b/>
          <w:lang w:val="cs-CZ"/>
        </w:rPr>
        <w:t xml:space="preserve">46.1 </w:t>
      </w:r>
      <w:r w:rsidRPr="00FF34A1">
        <w:rPr>
          <w:lang w:val="cs-CZ"/>
        </w:rPr>
        <w:t>Digitální obsah Ceremoniálu je určen pro osobní potřebu Kupujícího.</w:t>
      </w:r>
    </w:p>
    <w:p w:rsidR="00753EB8" w:rsidRPr="00FF34A1" w:rsidRDefault="00E82DBC">
      <w:pPr>
        <w:spacing w:after="80" w:line="259" w:lineRule="auto"/>
        <w:rPr>
          <w:lang w:val="cs-CZ"/>
        </w:rPr>
      </w:pPr>
      <w:r w:rsidRPr="00FF34A1">
        <w:rPr>
          <w:b/>
          <w:lang w:val="cs-CZ"/>
        </w:rPr>
        <w:t xml:space="preserve">46.2 </w:t>
      </w:r>
      <w:r w:rsidRPr="00FF34A1">
        <w:rPr>
          <w:lang w:val="cs-CZ"/>
        </w:rPr>
        <w:t>Není-li výslovně sjednáno jinak, Kupující získává nevýhradní oprávnění digitální obsah používat pro vlastní osobní potřebu v rozsahu odpovídajícím povaze zakoupeného produktu.</w:t>
      </w:r>
    </w:p>
    <w:p w:rsidR="00753EB8" w:rsidRPr="00FF34A1" w:rsidRDefault="00E82DBC">
      <w:pPr>
        <w:spacing w:after="80" w:line="259" w:lineRule="auto"/>
        <w:rPr>
          <w:lang w:val="cs-CZ"/>
        </w:rPr>
      </w:pPr>
      <w:r w:rsidRPr="00FF34A1">
        <w:rPr>
          <w:b/>
          <w:lang w:val="cs-CZ"/>
        </w:rPr>
        <w:t xml:space="preserve">46.3 </w:t>
      </w:r>
      <w:r w:rsidRPr="00FF34A1">
        <w:rPr>
          <w:lang w:val="cs-CZ"/>
        </w:rPr>
        <w:t>Bez souhlasu Prodávající není dovoleno zejména:</w:t>
      </w:r>
    </w:p>
    <w:p w:rsidR="00753EB8" w:rsidRPr="00FF34A1" w:rsidRDefault="00E82DBC">
      <w:pPr>
        <w:spacing w:after="40"/>
        <w:ind w:left="397" w:hanging="283"/>
        <w:rPr>
          <w:lang w:val="cs-CZ"/>
        </w:rPr>
      </w:pPr>
      <w:r w:rsidRPr="00FF34A1">
        <w:rPr>
          <w:b/>
          <w:lang w:val="cs-CZ"/>
        </w:rPr>
        <w:lastRenderedPageBreak/>
        <w:t xml:space="preserve">a) </w:t>
      </w:r>
      <w:r w:rsidRPr="00FF34A1">
        <w:rPr>
          <w:lang w:val="cs-CZ"/>
        </w:rPr>
        <w:t>poskytovat obsah třetím osobám</w:t>
      </w:r>
    </w:p>
    <w:p w:rsidR="00753EB8" w:rsidRPr="00FF34A1" w:rsidRDefault="00E82DBC">
      <w:pPr>
        <w:spacing w:after="40"/>
        <w:ind w:left="397" w:hanging="283"/>
        <w:rPr>
          <w:lang w:val="cs-CZ"/>
        </w:rPr>
      </w:pPr>
      <w:r w:rsidRPr="00FF34A1">
        <w:rPr>
          <w:b/>
          <w:lang w:val="cs-CZ"/>
        </w:rPr>
        <w:t xml:space="preserve">b) </w:t>
      </w:r>
      <w:r w:rsidRPr="00FF34A1">
        <w:rPr>
          <w:lang w:val="cs-CZ"/>
        </w:rPr>
        <w:t>veřejně jej zpřístupňovat</w:t>
      </w:r>
    </w:p>
    <w:p w:rsidR="00753EB8" w:rsidRPr="00FF34A1" w:rsidRDefault="00E82DBC">
      <w:pPr>
        <w:spacing w:after="40"/>
        <w:ind w:left="397" w:hanging="283"/>
        <w:rPr>
          <w:lang w:val="cs-CZ"/>
        </w:rPr>
      </w:pPr>
      <w:r w:rsidRPr="00FF34A1">
        <w:rPr>
          <w:b/>
          <w:lang w:val="cs-CZ"/>
        </w:rPr>
        <w:t xml:space="preserve">c) </w:t>
      </w:r>
      <w:r w:rsidRPr="00FF34A1">
        <w:rPr>
          <w:lang w:val="cs-CZ"/>
        </w:rPr>
        <w:t>prodávat jej nebo jinak distribuovat</w:t>
      </w:r>
    </w:p>
    <w:p w:rsidR="00753EB8" w:rsidRPr="00FF34A1" w:rsidRDefault="00E82DBC">
      <w:pPr>
        <w:spacing w:after="40"/>
        <w:ind w:left="397" w:hanging="283"/>
        <w:rPr>
          <w:lang w:val="cs-CZ"/>
        </w:rPr>
      </w:pPr>
      <w:r w:rsidRPr="00FF34A1">
        <w:rPr>
          <w:b/>
          <w:lang w:val="cs-CZ"/>
        </w:rPr>
        <w:t xml:space="preserve">d) </w:t>
      </w:r>
      <w:r w:rsidRPr="00FF34A1">
        <w:rPr>
          <w:lang w:val="cs-CZ"/>
        </w:rPr>
        <w:t>komerčně jej využívat</w:t>
      </w:r>
    </w:p>
    <w:p w:rsidR="00753EB8" w:rsidRPr="00FF34A1" w:rsidRDefault="00E82DBC">
      <w:pPr>
        <w:spacing w:after="40"/>
        <w:ind w:left="397" w:hanging="283"/>
        <w:rPr>
          <w:lang w:val="cs-CZ"/>
        </w:rPr>
      </w:pPr>
      <w:r w:rsidRPr="00FF34A1">
        <w:rPr>
          <w:b/>
          <w:lang w:val="cs-CZ"/>
        </w:rPr>
        <w:t xml:space="preserve">e) </w:t>
      </w:r>
      <w:r w:rsidRPr="00FF34A1">
        <w:rPr>
          <w:lang w:val="cs-CZ"/>
        </w:rPr>
        <w:t>zahrnovat jej do vlastních placených produktů nebo služeb</w:t>
      </w:r>
    </w:p>
    <w:p w:rsidR="00753EB8" w:rsidRPr="00FF34A1" w:rsidRDefault="00E82DBC">
      <w:pPr>
        <w:spacing w:after="40"/>
        <w:ind w:left="397" w:hanging="283"/>
        <w:rPr>
          <w:lang w:val="cs-CZ"/>
        </w:rPr>
      </w:pPr>
      <w:r w:rsidRPr="00FF34A1">
        <w:rPr>
          <w:b/>
          <w:lang w:val="cs-CZ"/>
        </w:rPr>
        <w:t xml:space="preserve">f) </w:t>
      </w:r>
      <w:r w:rsidRPr="00FF34A1">
        <w:rPr>
          <w:lang w:val="cs-CZ"/>
        </w:rPr>
        <w:t>vydávat jej za vlastní tvorbu</w:t>
      </w:r>
    </w:p>
    <w:p w:rsidR="00753EB8" w:rsidRPr="00FF34A1" w:rsidRDefault="00E82DBC">
      <w:pPr>
        <w:spacing w:after="80" w:line="259" w:lineRule="auto"/>
        <w:rPr>
          <w:lang w:val="cs-CZ"/>
        </w:rPr>
      </w:pPr>
      <w:r w:rsidRPr="00FF34A1">
        <w:rPr>
          <w:b/>
          <w:lang w:val="cs-CZ"/>
        </w:rPr>
        <w:t xml:space="preserve">46.4 </w:t>
      </w:r>
      <w:r w:rsidRPr="00FF34A1">
        <w:rPr>
          <w:lang w:val="cs-CZ"/>
        </w:rPr>
        <w:t>Oprávnění vyplývající přímo z právních předpisů tím nejsou dotčena.</w:t>
      </w:r>
    </w:p>
    <w:p w:rsidR="00753EB8" w:rsidRPr="00FF34A1" w:rsidRDefault="00E82DBC">
      <w:pPr>
        <w:pStyle w:val="Nadpis1"/>
        <w:rPr>
          <w:lang w:val="cs-CZ"/>
        </w:rPr>
      </w:pPr>
      <w:r w:rsidRPr="00FF34A1">
        <w:rPr>
          <w:lang w:val="cs-CZ"/>
        </w:rPr>
        <w:t xml:space="preserve">47. Ochrana osobních údajů a </w:t>
      </w:r>
      <w:proofErr w:type="spellStart"/>
      <w:r w:rsidRPr="00FF34A1">
        <w:rPr>
          <w:lang w:val="cs-CZ"/>
        </w:rPr>
        <w:t>cookies</w:t>
      </w:r>
      <w:proofErr w:type="spellEnd"/>
    </w:p>
    <w:p w:rsidR="00753EB8" w:rsidRPr="00FF34A1" w:rsidRDefault="00E82DBC">
      <w:pPr>
        <w:spacing w:after="80" w:line="259" w:lineRule="auto"/>
        <w:rPr>
          <w:lang w:val="cs-CZ"/>
        </w:rPr>
      </w:pPr>
      <w:r w:rsidRPr="00FF34A1">
        <w:rPr>
          <w:b/>
          <w:lang w:val="cs-CZ"/>
        </w:rPr>
        <w:t xml:space="preserve">47.1 </w:t>
      </w:r>
      <w:r w:rsidRPr="00FF34A1">
        <w:rPr>
          <w:lang w:val="cs-CZ"/>
        </w:rPr>
        <w:t>Informace o zpracování osobních údajů jsou uvedeny v samostatném dokumentu Zásady ochrany osobních údajů.</w:t>
      </w:r>
    </w:p>
    <w:p w:rsidR="00753EB8" w:rsidRPr="00FF34A1" w:rsidRDefault="00E82DBC">
      <w:pPr>
        <w:spacing w:after="80" w:line="259" w:lineRule="auto"/>
        <w:rPr>
          <w:lang w:val="cs-CZ"/>
        </w:rPr>
      </w:pPr>
      <w:r w:rsidRPr="00FF34A1">
        <w:rPr>
          <w:b/>
          <w:lang w:val="cs-CZ"/>
        </w:rPr>
        <w:t xml:space="preserve">47.2 </w:t>
      </w:r>
      <w:r w:rsidRPr="00FF34A1">
        <w:rPr>
          <w:lang w:val="cs-CZ"/>
        </w:rPr>
        <w:t xml:space="preserve">Informace o používání </w:t>
      </w:r>
      <w:proofErr w:type="spellStart"/>
      <w:r w:rsidRPr="00FF34A1">
        <w:rPr>
          <w:lang w:val="cs-CZ"/>
        </w:rPr>
        <w:t>cookies</w:t>
      </w:r>
      <w:proofErr w:type="spellEnd"/>
      <w:r w:rsidRPr="00FF34A1">
        <w:rPr>
          <w:lang w:val="cs-CZ"/>
        </w:rPr>
        <w:t xml:space="preserve"> a obdobných technologií jsou uvedeny v samostatném dokumentu Zásady používání </w:t>
      </w:r>
      <w:proofErr w:type="spellStart"/>
      <w:r w:rsidRPr="00FF34A1">
        <w:rPr>
          <w:lang w:val="cs-CZ"/>
        </w:rPr>
        <w:t>cookies</w:t>
      </w:r>
      <w:proofErr w:type="spellEnd"/>
      <w:r w:rsidRPr="00FF34A1">
        <w:rPr>
          <w:lang w:val="cs-CZ"/>
        </w:rPr>
        <w:t xml:space="preserve"> a v příslušném nastavení </w:t>
      </w:r>
      <w:proofErr w:type="spellStart"/>
      <w:r w:rsidRPr="00FF34A1">
        <w:rPr>
          <w:lang w:val="cs-CZ"/>
        </w:rPr>
        <w:t>cookie</w:t>
      </w:r>
      <w:proofErr w:type="spellEnd"/>
      <w:r w:rsidRPr="00FF34A1">
        <w:rPr>
          <w:lang w:val="cs-CZ"/>
        </w:rPr>
        <w:t xml:space="preserve"> lišty.</w:t>
      </w:r>
    </w:p>
    <w:p w:rsidR="00753EB8" w:rsidRPr="00FF34A1" w:rsidRDefault="00E82DBC">
      <w:pPr>
        <w:spacing w:after="80" w:line="259" w:lineRule="auto"/>
        <w:rPr>
          <w:lang w:val="cs-CZ"/>
        </w:rPr>
      </w:pPr>
      <w:r w:rsidRPr="00FF34A1">
        <w:rPr>
          <w:b/>
          <w:lang w:val="cs-CZ"/>
        </w:rPr>
        <w:t xml:space="preserve">47.3 </w:t>
      </w:r>
      <w:r w:rsidRPr="00FF34A1">
        <w:rPr>
          <w:lang w:val="cs-CZ"/>
        </w:rPr>
        <w:t xml:space="preserve">Souhlas s těmito VOP nenahrazuje případný souhlas se zpracováním osobních údajů nebo s použitím nepovinných </w:t>
      </w:r>
      <w:proofErr w:type="spellStart"/>
      <w:r w:rsidRPr="00FF34A1">
        <w:rPr>
          <w:lang w:val="cs-CZ"/>
        </w:rPr>
        <w:t>cookies</w:t>
      </w:r>
      <w:proofErr w:type="spellEnd"/>
      <w:r w:rsidRPr="00FF34A1">
        <w:rPr>
          <w:lang w:val="cs-CZ"/>
        </w:rPr>
        <w:t xml:space="preserve"> tam, kde je takový souhlas vyžadován.</w:t>
      </w:r>
    </w:p>
    <w:p w:rsidR="00753EB8" w:rsidRPr="00FF34A1" w:rsidRDefault="00E82DBC">
      <w:pPr>
        <w:pStyle w:val="Nadpis1"/>
        <w:rPr>
          <w:lang w:val="cs-CZ"/>
        </w:rPr>
      </w:pPr>
      <w:r w:rsidRPr="00FF34A1">
        <w:rPr>
          <w:lang w:val="cs-CZ"/>
        </w:rPr>
        <w:t>48. Mimosoudní řešení spotřebitelských sporů</w:t>
      </w:r>
    </w:p>
    <w:p w:rsidR="00753EB8" w:rsidRPr="00FF34A1" w:rsidRDefault="00E82DBC">
      <w:pPr>
        <w:spacing w:after="80" w:line="259" w:lineRule="auto"/>
        <w:rPr>
          <w:lang w:val="cs-CZ"/>
        </w:rPr>
      </w:pPr>
      <w:r w:rsidRPr="00FF34A1">
        <w:rPr>
          <w:b/>
          <w:lang w:val="cs-CZ"/>
        </w:rPr>
        <w:t xml:space="preserve">48.1 </w:t>
      </w:r>
      <w:r w:rsidRPr="00FF34A1">
        <w:rPr>
          <w:lang w:val="cs-CZ"/>
        </w:rPr>
        <w:t>Vznikne-li mezi Prodávající a spotřebitelem spor ze smlouvy, který se nepodaří vyřešit vzájemnou dohodou, může spotřebitel využít mimosoudního řešení spotřebitelského sporu.</w:t>
      </w:r>
    </w:p>
    <w:p w:rsidR="00753EB8" w:rsidRPr="00FF34A1" w:rsidRDefault="00E82DBC">
      <w:pPr>
        <w:spacing w:after="80" w:line="259" w:lineRule="auto"/>
        <w:rPr>
          <w:lang w:val="cs-CZ"/>
        </w:rPr>
      </w:pPr>
      <w:r w:rsidRPr="00FF34A1">
        <w:rPr>
          <w:b/>
          <w:lang w:val="cs-CZ"/>
        </w:rPr>
        <w:t xml:space="preserve">48.2 </w:t>
      </w:r>
      <w:r w:rsidRPr="00FF34A1">
        <w:rPr>
          <w:lang w:val="cs-CZ"/>
        </w:rPr>
        <w:t>Subjektem mimosoudního řešení spotřebitelských sporů je Česká obchodní inspekce, Gorazdova 1969/24, 120 00 Praha 2, internetové stránky: coi.gov.cz, ADR: adr.coi.cz.</w:t>
      </w:r>
    </w:p>
    <w:p w:rsidR="00753EB8" w:rsidRPr="00FF34A1" w:rsidRDefault="00E82DBC">
      <w:pPr>
        <w:pStyle w:val="Nadpis1"/>
        <w:rPr>
          <w:lang w:val="cs-CZ"/>
        </w:rPr>
      </w:pPr>
      <w:r w:rsidRPr="00FF34A1">
        <w:rPr>
          <w:lang w:val="cs-CZ"/>
        </w:rPr>
        <w:t>49. Rozhodné právo a zahraniční spotřebitelé</w:t>
      </w:r>
    </w:p>
    <w:p w:rsidR="00753EB8" w:rsidRPr="00FF34A1" w:rsidRDefault="00E82DBC">
      <w:pPr>
        <w:spacing w:after="80" w:line="259" w:lineRule="auto"/>
        <w:rPr>
          <w:lang w:val="cs-CZ"/>
        </w:rPr>
      </w:pPr>
      <w:r w:rsidRPr="00FF34A1">
        <w:rPr>
          <w:b/>
          <w:lang w:val="cs-CZ"/>
        </w:rPr>
        <w:t xml:space="preserve">49.1 </w:t>
      </w:r>
      <w:r w:rsidRPr="00FF34A1">
        <w:rPr>
          <w:lang w:val="cs-CZ"/>
        </w:rPr>
        <w:t>Smluvní vztahy se řídí právním řádem České republiky.</w:t>
      </w:r>
    </w:p>
    <w:p w:rsidR="00753EB8" w:rsidRPr="00FF34A1" w:rsidRDefault="00E82DBC">
      <w:pPr>
        <w:spacing w:after="80" w:line="259" w:lineRule="auto"/>
        <w:rPr>
          <w:lang w:val="cs-CZ"/>
        </w:rPr>
      </w:pPr>
      <w:r w:rsidRPr="00FF34A1">
        <w:rPr>
          <w:b/>
          <w:lang w:val="cs-CZ"/>
        </w:rPr>
        <w:t xml:space="preserve">49.2 </w:t>
      </w:r>
      <w:r w:rsidRPr="00FF34A1">
        <w:rPr>
          <w:lang w:val="cs-CZ"/>
        </w:rPr>
        <w:t>Je-li Kupující spotřebitelem s obvyklým bydlištěm v jiném členském státě Evropské unie a jsou-li splněny podmínky příslušných evropských kolizních pravidel, není volbou českého práva zbaven ochrany, kterou mu poskytují ustanovení práva jeho obvyklého bydliště, od nichž se nelze smluvně odchýlit.</w:t>
      </w:r>
    </w:p>
    <w:p w:rsidR="00753EB8" w:rsidRPr="00FF34A1" w:rsidRDefault="00E82DBC">
      <w:pPr>
        <w:pStyle w:val="Nadpis1"/>
        <w:rPr>
          <w:lang w:val="cs-CZ"/>
        </w:rPr>
      </w:pPr>
      <w:r w:rsidRPr="00FF34A1">
        <w:rPr>
          <w:lang w:val="cs-CZ"/>
        </w:rPr>
        <w:t>50. Závěrečná ustanovení</w:t>
      </w:r>
    </w:p>
    <w:p w:rsidR="00753EB8" w:rsidRPr="00FF34A1" w:rsidRDefault="00E82DBC">
      <w:pPr>
        <w:spacing w:after="80" w:line="259" w:lineRule="auto"/>
        <w:rPr>
          <w:lang w:val="cs-CZ"/>
        </w:rPr>
      </w:pPr>
      <w:r w:rsidRPr="00FF34A1">
        <w:rPr>
          <w:b/>
          <w:lang w:val="cs-CZ"/>
        </w:rPr>
        <w:t xml:space="preserve">50.1 </w:t>
      </w:r>
      <w:r w:rsidRPr="00FF34A1">
        <w:rPr>
          <w:lang w:val="cs-CZ"/>
        </w:rPr>
        <w:t>Pokud je některé ustanovení těchto VOP neplatné, neúčinné nebo nepoužitelné, není tím v rozsahu dovoleném právními předpisy dotčena platnost ostatních ustanovení.</w:t>
      </w:r>
    </w:p>
    <w:p w:rsidR="00753EB8" w:rsidRPr="00FF34A1" w:rsidRDefault="00E82DBC">
      <w:pPr>
        <w:spacing w:after="80" w:line="259" w:lineRule="auto"/>
        <w:rPr>
          <w:lang w:val="cs-CZ"/>
        </w:rPr>
      </w:pPr>
      <w:r w:rsidRPr="00FF34A1">
        <w:rPr>
          <w:b/>
          <w:lang w:val="cs-CZ"/>
        </w:rPr>
        <w:t xml:space="preserve">50.2 </w:t>
      </w:r>
      <w:r w:rsidRPr="00FF34A1">
        <w:rPr>
          <w:lang w:val="cs-CZ"/>
        </w:rPr>
        <w:t>Prodávající může VOP pro budoucí smlouvy měnit nebo doplňovat.</w:t>
      </w:r>
    </w:p>
    <w:p w:rsidR="00753EB8" w:rsidRPr="00FF34A1" w:rsidRDefault="00E82DBC">
      <w:pPr>
        <w:spacing w:after="80" w:line="259" w:lineRule="auto"/>
        <w:rPr>
          <w:lang w:val="cs-CZ"/>
        </w:rPr>
      </w:pPr>
      <w:r w:rsidRPr="00FF34A1">
        <w:rPr>
          <w:b/>
          <w:lang w:val="cs-CZ"/>
        </w:rPr>
        <w:t xml:space="preserve">50.3 </w:t>
      </w:r>
      <w:r w:rsidRPr="00FF34A1">
        <w:rPr>
          <w:lang w:val="cs-CZ"/>
        </w:rPr>
        <w:t>Pro již uzavřenou smlouvu je rozhodující znění VOP účinné v okamžiku jejího uzavření, pokud se smluvní strany později výslovně nedohodnou jinak nebo právní předpis nestanoví jinak.</w:t>
      </w:r>
    </w:p>
    <w:p w:rsidR="00753EB8" w:rsidRPr="00FF34A1" w:rsidRDefault="00E82DBC">
      <w:pPr>
        <w:spacing w:after="80" w:line="259" w:lineRule="auto"/>
        <w:rPr>
          <w:lang w:val="cs-CZ"/>
        </w:rPr>
      </w:pPr>
      <w:r w:rsidRPr="00FF34A1">
        <w:rPr>
          <w:b/>
          <w:lang w:val="cs-CZ"/>
        </w:rPr>
        <w:t xml:space="preserve">50.4 </w:t>
      </w:r>
      <w:r w:rsidRPr="00FF34A1">
        <w:rPr>
          <w:lang w:val="cs-CZ"/>
        </w:rPr>
        <w:t>Aktuální znění VOP je zveřejněno v E-</w:t>
      </w:r>
      <w:proofErr w:type="spellStart"/>
      <w:r w:rsidRPr="00FF34A1">
        <w:rPr>
          <w:lang w:val="cs-CZ"/>
        </w:rPr>
        <w:t>shopu</w:t>
      </w:r>
      <w:proofErr w:type="spellEnd"/>
      <w:r w:rsidRPr="00FF34A1">
        <w:rPr>
          <w:lang w:val="cs-CZ"/>
        </w:rPr>
        <w:t>.</w:t>
      </w:r>
    </w:p>
    <w:p w:rsidR="00753EB8" w:rsidRPr="00FF34A1" w:rsidRDefault="00E82DBC">
      <w:pPr>
        <w:spacing w:after="80" w:line="259" w:lineRule="auto"/>
        <w:rPr>
          <w:lang w:val="cs-CZ"/>
        </w:rPr>
      </w:pPr>
      <w:r w:rsidRPr="00FF34A1">
        <w:rPr>
          <w:b/>
          <w:lang w:val="cs-CZ"/>
        </w:rPr>
        <w:t xml:space="preserve">50.5 </w:t>
      </w:r>
      <w:r w:rsidRPr="00FF34A1">
        <w:rPr>
          <w:lang w:val="cs-CZ"/>
        </w:rPr>
        <w:t>T</w:t>
      </w:r>
      <w:r w:rsidR="002848B3">
        <w:rPr>
          <w:lang w:val="cs-CZ"/>
        </w:rPr>
        <w:t>yto VOP nabývají účinnosti dne 01. 09. 2026</w:t>
      </w:r>
      <w:r w:rsidRPr="00FF34A1">
        <w:rPr>
          <w:lang w:val="cs-CZ"/>
        </w:rPr>
        <w:t>.</w:t>
      </w:r>
    </w:p>
    <w:p w:rsidR="00753EB8" w:rsidRPr="00FF34A1" w:rsidRDefault="00E82DBC">
      <w:pPr>
        <w:rPr>
          <w:lang w:val="cs-CZ"/>
        </w:rPr>
      </w:pPr>
      <w:r w:rsidRPr="00FF34A1">
        <w:rPr>
          <w:lang w:val="cs-CZ"/>
        </w:rPr>
        <w:br w:type="page"/>
      </w:r>
    </w:p>
    <w:p w:rsidR="00753EB8" w:rsidRPr="00FF34A1" w:rsidRDefault="00E82DBC">
      <w:pPr>
        <w:pStyle w:val="Nadpis1"/>
        <w:rPr>
          <w:lang w:val="cs-CZ"/>
        </w:rPr>
      </w:pPr>
      <w:r w:rsidRPr="00FF34A1">
        <w:rPr>
          <w:lang w:val="cs-CZ"/>
        </w:rPr>
        <w:lastRenderedPageBreak/>
        <w:t>PŘÍLOHA Č. 1</w:t>
      </w:r>
    </w:p>
    <w:p w:rsidR="00753EB8" w:rsidRPr="00FF34A1" w:rsidRDefault="00E82DBC">
      <w:pPr>
        <w:pStyle w:val="Nadpis2"/>
        <w:rPr>
          <w:lang w:val="cs-CZ"/>
        </w:rPr>
      </w:pPr>
      <w:r w:rsidRPr="00FF34A1">
        <w:rPr>
          <w:lang w:val="cs-CZ"/>
        </w:rPr>
        <w:t>VZOROVÝ FORMULÁŘ PRO ODSTOUPENÍ OD SMLOUVY</w:t>
      </w:r>
    </w:p>
    <w:p w:rsidR="00753EB8" w:rsidRPr="00FF34A1" w:rsidRDefault="00E82DBC">
      <w:pPr>
        <w:spacing w:after="160" w:line="259" w:lineRule="auto"/>
        <w:rPr>
          <w:lang w:val="cs-CZ"/>
        </w:rPr>
      </w:pPr>
      <w:r w:rsidRPr="00FF34A1">
        <w:rPr>
          <w:lang w:val="cs-CZ"/>
        </w:rPr>
        <w:t>Tento formulář vyplňte a odešlete pouze v případě, že chcete odstoupit od smlouvy. Použití formuláře není povinné.</w:t>
      </w:r>
    </w:p>
    <w:p w:rsidR="00753EB8" w:rsidRPr="00FF34A1" w:rsidRDefault="00E82DBC">
      <w:pPr>
        <w:spacing w:after="40" w:line="259" w:lineRule="auto"/>
        <w:rPr>
          <w:lang w:val="cs-CZ"/>
        </w:rPr>
      </w:pPr>
      <w:r w:rsidRPr="00FF34A1">
        <w:rPr>
          <w:b/>
          <w:lang w:val="cs-CZ"/>
        </w:rPr>
        <w:t>Adresát:</w:t>
      </w:r>
    </w:p>
    <w:p w:rsidR="00753EB8" w:rsidRPr="00FF34A1" w:rsidRDefault="00E82DBC">
      <w:pPr>
        <w:spacing w:after="20"/>
        <w:rPr>
          <w:lang w:val="cs-CZ"/>
        </w:rPr>
      </w:pPr>
      <w:r w:rsidRPr="00FF34A1">
        <w:rPr>
          <w:lang w:val="cs-CZ"/>
        </w:rPr>
        <w:t>Mgr. Šárka Pham</w:t>
      </w:r>
    </w:p>
    <w:p w:rsidR="00753EB8" w:rsidRPr="00FF34A1" w:rsidRDefault="00E82DBC">
      <w:pPr>
        <w:spacing w:after="20"/>
        <w:rPr>
          <w:lang w:val="cs-CZ"/>
        </w:rPr>
      </w:pPr>
      <w:r w:rsidRPr="00FF34A1">
        <w:rPr>
          <w:lang w:val="cs-CZ"/>
        </w:rPr>
        <w:t>Ečerova 961/15</w:t>
      </w:r>
    </w:p>
    <w:p w:rsidR="00753EB8" w:rsidRPr="00FF34A1" w:rsidRDefault="00E82DBC">
      <w:pPr>
        <w:spacing w:after="20"/>
        <w:rPr>
          <w:lang w:val="cs-CZ"/>
        </w:rPr>
      </w:pPr>
      <w:r w:rsidRPr="00FF34A1">
        <w:rPr>
          <w:lang w:val="cs-CZ"/>
        </w:rPr>
        <w:t>635 00 Brno</w:t>
      </w:r>
    </w:p>
    <w:p w:rsidR="00753EB8" w:rsidRPr="00FF34A1" w:rsidRDefault="00E82DBC">
      <w:pPr>
        <w:spacing w:after="20"/>
        <w:rPr>
          <w:lang w:val="cs-CZ"/>
        </w:rPr>
      </w:pPr>
      <w:r w:rsidRPr="00FF34A1">
        <w:rPr>
          <w:lang w:val="cs-CZ"/>
        </w:rPr>
        <w:t>Česká republika</w:t>
      </w:r>
    </w:p>
    <w:p w:rsidR="00753EB8" w:rsidRPr="00FF34A1" w:rsidRDefault="00E82DBC">
      <w:pPr>
        <w:spacing w:after="20"/>
        <w:rPr>
          <w:lang w:val="cs-CZ"/>
        </w:rPr>
      </w:pPr>
      <w:r w:rsidRPr="00FF34A1">
        <w:rPr>
          <w:lang w:val="cs-CZ"/>
        </w:rPr>
        <w:t>e-mail: sarka@sarkaart.cz</w:t>
      </w:r>
    </w:p>
    <w:p w:rsidR="00753EB8" w:rsidRPr="00FF34A1" w:rsidRDefault="00753EB8">
      <w:pPr>
        <w:spacing w:after="80" w:line="259" w:lineRule="auto"/>
        <w:rPr>
          <w:lang w:val="cs-CZ"/>
        </w:rPr>
      </w:pPr>
    </w:p>
    <w:p w:rsidR="00753EB8" w:rsidRPr="00FF34A1" w:rsidRDefault="00E82DBC">
      <w:pPr>
        <w:spacing w:after="80" w:line="259" w:lineRule="auto"/>
        <w:rPr>
          <w:lang w:val="cs-CZ"/>
        </w:rPr>
      </w:pPr>
      <w:r w:rsidRPr="00FF34A1">
        <w:rPr>
          <w:lang w:val="cs-CZ"/>
        </w:rPr>
        <w:t>Tímto oznamuji/oznamujeme, že odstupuji/odstupujeme od smlouvy o nákupu následujícího zboží / poskytnutí následujícího plnění:</w:t>
      </w:r>
    </w:p>
    <w:p w:rsidR="00753EB8" w:rsidRPr="00FF34A1" w:rsidRDefault="00E82DBC">
      <w:pPr>
        <w:spacing w:after="40"/>
        <w:rPr>
          <w:lang w:val="cs-CZ"/>
        </w:rPr>
      </w:pPr>
      <w:r w:rsidRPr="00FF34A1">
        <w:rPr>
          <w:lang w:val="cs-CZ"/>
        </w:rPr>
        <w:t>....................................................................................................................</w:t>
      </w:r>
    </w:p>
    <w:p w:rsidR="00753EB8" w:rsidRPr="00FF34A1" w:rsidRDefault="00E82DBC">
      <w:pPr>
        <w:spacing w:after="40"/>
        <w:rPr>
          <w:lang w:val="cs-CZ"/>
        </w:rPr>
      </w:pPr>
      <w:r w:rsidRPr="00FF34A1">
        <w:rPr>
          <w:lang w:val="cs-CZ"/>
        </w:rPr>
        <w:t>....................................................................................................................</w:t>
      </w:r>
    </w:p>
    <w:p w:rsidR="00753EB8" w:rsidRPr="00FF34A1" w:rsidRDefault="00E82DBC">
      <w:pPr>
        <w:spacing w:after="40"/>
        <w:rPr>
          <w:lang w:val="cs-CZ"/>
        </w:rPr>
      </w:pPr>
      <w:r w:rsidRPr="00FF34A1">
        <w:rPr>
          <w:b/>
          <w:lang w:val="cs-CZ"/>
        </w:rPr>
        <w:t>Datum objednání:</w:t>
      </w:r>
    </w:p>
    <w:p w:rsidR="00753EB8" w:rsidRPr="00FF34A1" w:rsidRDefault="00E82DBC">
      <w:pPr>
        <w:spacing w:after="40"/>
        <w:rPr>
          <w:lang w:val="cs-CZ"/>
        </w:rPr>
      </w:pPr>
      <w:r w:rsidRPr="00FF34A1">
        <w:rPr>
          <w:lang w:val="cs-CZ"/>
        </w:rPr>
        <w:t>....................................................................................................................</w:t>
      </w:r>
    </w:p>
    <w:p w:rsidR="00753EB8" w:rsidRPr="00FF34A1" w:rsidRDefault="00E82DBC">
      <w:pPr>
        <w:spacing w:after="40"/>
        <w:rPr>
          <w:lang w:val="cs-CZ"/>
        </w:rPr>
      </w:pPr>
      <w:r w:rsidRPr="00FF34A1">
        <w:rPr>
          <w:b/>
          <w:lang w:val="cs-CZ"/>
        </w:rPr>
        <w:t>Datum převzetí zboží, je-li relevantní:</w:t>
      </w:r>
    </w:p>
    <w:p w:rsidR="00753EB8" w:rsidRPr="00FF34A1" w:rsidRDefault="00E82DBC">
      <w:pPr>
        <w:spacing w:after="40"/>
        <w:rPr>
          <w:lang w:val="cs-CZ"/>
        </w:rPr>
      </w:pPr>
      <w:r w:rsidRPr="00FF34A1">
        <w:rPr>
          <w:lang w:val="cs-CZ"/>
        </w:rPr>
        <w:t>....................................................................................................................</w:t>
      </w:r>
    </w:p>
    <w:p w:rsidR="00753EB8" w:rsidRPr="00FF34A1" w:rsidRDefault="002848B3">
      <w:pPr>
        <w:spacing w:after="40"/>
        <w:rPr>
          <w:lang w:val="cs-CZ"/>
        </w:rPr>
      </w:pPr>
      <w:r>
        <w:rPr>
          <w:b/>
          <w:lang w:val="cs-CZ"/>
        </w:rPr>
        <w:t>Číslo objednávky</w:t>
      </w:r>
      <w:r w:rsidR="00E82DBC" w:rsidRPr="00FF34A1">
        <w:rPr>
          <w:b/>
          <w:lang w:val="cs-CZ"/>
        </w:rPr>
        <w:t>:</w:t>
      </w:r>
    </w:p>
    <w:p w:rsidR="00753EB8" w:rsidRPr="00FF34A1" w:rsidRDefault="00E82DBC">
      <w:pPr>
        <w:spacing w:after="40"/>
        <w:rPr>
          <w:lang w:val="cs-CZ"/>
        </w:rPr>
      </w:pPr>
      <w:r w:rsidRPr="00FF34A1">
        <w:rPr>
          <w:lang w:val="cs-CZ"/>
        </w:rPr>
        <w:t>....................................................................................................................</w:t>
      </w:r>
    </w:p>
    <w:p w:rsidR="00753EB8" w:rsidRPr="00FF34A1" w:rsidRDefault="00E82DBC">
      <w:pPr>
        <w:spacing w:after="40"/>
        <w:rPr>
          <w:lang w:val="cs-CZ"/>
        </w:rPr>
      </w:pPr>
      <w:r w:rsidRPr="00FF34A1">
        <w:rPr>
          <w:b/>
          <w:lang w:val="cs-CZ"/>
        </w:rPr>
        <w:t>Jméno a příjmení spotřebitele / spotřebitelů:</w:t>
      </w:r>
    </w:p>
    <w:p w:rsidR="00753EB8" w:rsidRPr="00FF34A1" w:rsidRDefault="00E82DBC">
      <w:pPr>
        <w:spacing w:after="40"/>
        <w:rPr>
          <w:lang w:val="cs-CZ"/>
        </w:rPr>
      </w:pPr>
      <w:r w:rsidRPr="00FF34A1">
        <w:rPr>
          <w:lang w:val="cs-CZ"/>
        </w:rPr>
        <w:t>....................................................................................................................</w:t>
      </w:r>
    </w:p>
    <w:p w:rsidR="00753EB8" w:rsidRPr="00FF34A1" w:rsidRDefault="00E82DBC">
      <w:pPr>
        <w:spacing w:after="40"/>
        <w:rPr>
          <w:lang w:val="cs-CZ"/>
        </w:rPr>
      </w:pPr>
      <w:r w:rsidRPr="00FF34A1">
        <w:rPr>
          <w:b/>
          <w:lang w:val="cs-CZ"/>
        </w:rPr>
        <w:t>Adresa spotřebitele / spotřebitelů:</w:t>
      </w:r>
    </w:p>
    <w:p w:rsidR="00753EB8" w:rsidRPr="00FF34A1" w:rsidRDefault="00E82DBC">
      <w:pPr>
        <w:spacing w:after="40"/>
        <w:rPr>
          <w:lang w:val="cs-CZ"/>
        </w:rPr>
      </w:pPr>
      <w:r w:rsidRPr="00FF34A1">
        <w:rPr>
          <w:lang w:val="cs-CZ"/>
        </w:rPr>
        <w:t>....................................................................................................................</w:t>
      </w:r>
    </w:p>
    <w:p w:rsidR="00753EB8" w:rsidRPr="00FF34A1" w:rsidRDefault="00E82DBC">
      <w:pPr>
        <w:spacing w:after="40"/>
        <w:rPr>
          <w:lang w:val="cs-CZ"/>
        </w:rPr>
      </w:pPr>
      <w:r w:rsidRPr="00FF34A1">
        <w:rPr>
          <w:b/>
          <w:lang w:val="cs-CZ"/>
        </w:rPr>
        <w:t>Datum:</w:t>
      </w:r>
    </w:p>
    <w:p w:rsidR="00753EB8" w:rsidRPr="00FF34A1" w:rsidRDefault="00E82DBC">
      <w:pPr>
        <w:spacing w:after="40"/>
        <w:rPr>
          <w:lang w:val="cs-CZ"/>
        </w:rPr>
      </w:pPr>
      <w:r w:rsidRPr="00FF34A1">
        <w:rPr>
          <w:lang w:val="cs-CZ"/>
        </w:rPr>
        <w:t>....................................................................................................................</w:t>
      </w:r>
    </w:p>
    <w:p w:rsidR="00753EB8" w:rsidRPr="00FF34A1" w:rsidRDefault="00E82DBC">
      <w:pPr>
        <w:spacing w:after="40"/>
        <w:rPr>
          <w:lang w:val="cs-CZ"/>
        </w:rPr>
      </w:pPr>
      <w:r w:rsidRPr="00FF34A1">
        <w:rPr>
          <w:b/>
          <w:lang w:val="cs-CZ"/>
        </w:rPr>
        <w:t>Podpis spotřebitele / spotřebitelů:</w:t>
      </w:r>
    </w:p>
    <w:p w:rsidR="00753EB8" w:rsidRPr="00FF34A1" w:rsidRDefault="00E82DBC">
      <w:pPr>
        <w:spacing w:after="40"/>
        <w:rPr>
          <w:lang w:val="cs-CZ"/>
        </w:rPr>
      </w:pPr>
      <w:r w:rsidRPr="00FF34A1">
        <w:rPr>
          <w:lang w:val="cs-CZ"/>
        </w:rPr>
        <w:t>....................................................................................................................</w:t>
      </w:r>
    </w:p>
    <w:p w:rsidR="00753EB8" w:rsidRPr="00FF34A1" w:rsidRDefault="00E82DBC">
      <w:pPr>
        <w:spacing w:after="80" w:line="259" w:lineRule="auto"/>
        <w:rPr>
          <w:lang w:val="cs-CZ"/>
        </w:rPr>
      </w:pPr>
      <w:r w:rsidRPr="00FF34A1">
        <w:rPr>
          <w:lang w:val="cs-CZ"/>
        </w:rPr>
        <w:t>Podpis se vyžaduje pouze tehdy, je-li formulář zasílán v listinné podobě.</w:t>
      </w:r>
    </w:p>
    <w:sectPr w:rsidR="00753EB8" w:rsidRPr="00FF34A1" w:rsidSect="00034616">
      <w:headerReference w:type="default" r:id="rId9"/>
      <w:footerReference w:type="default" r:id="rId10"/>
      <w:pgSz w:w="12240" w:h="15840"/>
      <w:pgMar w:top="1191" w:right="1247" w:bottom="1134" w:left="1247" w:header="454"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2425" w:rsidRDefault="00102425">
      <w:pPr>
        <w:spacing w:after="0" w:line="240" w:lineRule="auto"/>
      </w:pPr>
      <w:r>
        <w:separator/>
      </w:r>
    </w:p>
  </w:endnote>
  <w:endnote w:type="continuationSeparator" w:id="0">
    <w:p w:rsidR="00102425" w:rsidRDefault="00102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iberation Sans">
    <w:altName w:val="Times New Roman"/>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EB8" w:rsidRDefault="00E82DBC">
    <w:pPr>
      <w:pStyle w:val="Zpat"/>
      <w:jc w:val="center"/>
    </w:pPr>
    <w:r>
      <w:rPr>
        <w:sz w:val="16"/>
      </w:rPr>
      <w:fldChar w:fldCharType="begin"/>
    </w:r>
    <w:r>
      <w:rPr>
        <w:sz w:val="16"/>
      </w:rPr>
      <w:instrText>PAGE</w:instrText>
    </w:r>
    <w:r>
      <w:rPr>
        <w:sz w:val="16"/>
      </w:rPr>
      <w:fldChar w:fldCharType="separate"/>
    </w:r>
    <w:r w:rsidR="00E73DC6">
      <w:rPr>
        <w:noProof/>
        <w:sz w:val="16"/>
      </w:rPr>
      <w:t>14</w:t>
    </w:r>
    <w:r>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2425" w:rsidRDefault="00102425">
      <w:pPr>
        <w:spacing w:after="0" w:line="240" w:lineRule="auto"/>
      </w:pPr>
      <w:r>
        <w:separator/>
      </w:r>
    </w:p>
  </w:footnote>
  <w:footnote w:type="continuationSeparator" w:id="0">
    <w:p w:rsidR="00102425" w:rsidRDefault="001024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EB8" w:rsidRDefault="00E82DBC">
    <w:pPr>
      <w:pStyle w:val="Zhlav"/>
      <w:jc w:val="right"/>
    </w:pPr>
    <w:proofErr w:type="spellStart"/>
    <w:r>
      <w:rPr>
        <w:i/>
        <w:sz w:val="16"/>
      </w:rPr>
      <w:t>Všeobecné</w:t>
    </w:r>
    <w:proofErr w:type="spellEnd"/>
    <w:r>
      <w:rPr>
        <w:i/>
        <w:sz w:val="16"/>
      </w:rPr>
      <w:t xml:space="preserve"> </w:t>
    </w:r>
    <w:proofErr w:type="spellStart"/>
    <w:r>
      <w:rPr>
        <w:i/>
        <w:sz w:val="16"/>
      </w:rPr>
      <w:t>obchodní</w:t>
    </w:r>
    <w:proofErr w:type="spellEnd"/>
    <w:r>
      <w:rPr>
        <w:i/>
        <w:sz w:val="16"/>
      </w:rPr>
      <w:t xml:space="preserve"> </w:t>
    </w:r>
    <w:proofErr w:type="spellStart"/>
    <w:r>
      <w:rPr>
        <w:i/>
        <w:sz w:val="16"/>
      </w:rPr>
      <w:t>podmínky</w:t>
    </w:r>
    <w:proofErr w:type="spellEnd"/>
    <w:r>
      <w:rPr>
        <w:i/>
        <w:sz w:val="16"/>
      </w:rPr>
      <w:t xml:space="preserve"> | sarkaart.cz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C44F1"/>
    <w:rsid w:val="000C6B8C"/>
    <w:rsid w:val="00102425"/>
    <w:rsid w:val="0015074B"/>
    <w:rsid w:val="002848B3"/>
    <w:rsid w:val="0029639D"/>
    <w:rsid w:val="00313F7F"/>
    <w:rsid w:val="00326F90"/>
    <w:rsid w:val="00355F8D"/>
    <w:rsid w:val="0044189F"/>
    <w:rsid w:val="004A3B95"/>
    <w:rsid w:val="006A77AA"/>
    <w:rsid w:val="006E12E3"/>
    <w:rsid w:val="00753EB8"/>
    <w:rsid w:val="007A1FF2"/>
    <w:rsid w:val="009628EB"/>
    <w:rsid w:val="00995D3E"/>
    <w:rsid w:val="00A112BB"/>
    <w:rsid w:val="00A827D2"/>
    <w:rsid w:val="00AA1D8D"/>
    <w:rsid w:val="00AE555F"/>
    <w:rsid w:val="00B47730"/>
    <w:rsid w:val="00B56958"/>
    <w:rsid w:val="00C81655"/>
    <w:rsid w:val="00CB0664"/>
    <w:rsid w:val="00CC6FE2"/>
    <w:rsid w:val="00E26F1A"/>
    <w:rsid w:val="00E7185E"/>
    <w:rsid w:val="00E73DC6"/>
    <w:rsid w:val="00E82DBC"/>
    <w:rsid w:val="00FA489D"/>
    <w:rsid w:val="00FC693F"/>
    <w:rsid w:val="00FD1CB9"/>
    <w:rsid w:val="00FF34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C693F"/>
    <w:rPr>
      <w:rFonts w:ascii="Liberation Sans" w:eastAsia="Liberation Sans" w:hAnsi="Liberation Sans"/>
      <w:sz w:val="21"/>
    </w:rPr>
  </w:style>
  <w:style w:type="paragraph" w:styleId="Nadpis1">
    <w:name w:val="heading 1"/>
    <w:basedOn w:val="Normln"/>
    <w:next w:val="Normln"/>
    <w:link w:val="Nadpis1Char"/>
    <w:uiPriority w:val="9"/>
    <w:qFormat/>
    <w:rsid w:val="00FC693F"/>
    <w:pPr>
      <w:keepNext/>
      <w:keepLines/>
      <w:spacing w:before="200" w:after="12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120" w:after="80"/>
      <w:outlineLvl w:val="1"/>
    </w:pPr>
    <w:rPr>
      <w:rFonts w:asciiTheme="majorHAnsi" w:eastAsiaTheme="majorEastAsia" w:hAnsiTheme="majorHAnsi" w:cstheme="majorBidi"/>
      <w:b/>
      <w:bCs/>
      <w:color w:val="4F81BD" w:themeColor="accent1"/>
      <w:sz w:val="23"/>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
    <w:next w:val="Normln"/>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v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C693F"/>
    <w:rPr>
      <w:rFonts w:ascii="Liberation Sans" w:eastAsia="Liberation Sans" w:hAnsi="Liberation Sans"/>
      <w:sz w:val="21"/>
    </w:rPr>
  </w:style>
  <w:style w:type="paragraph" w:styleId="Nadpis1">
    <w:name w:val="heading 1"/>
    <w:basedOn w:val="Normln"/>
    <w:next w:val="Normln"/>
    <w:link w:val="Nadpis1Char"/>
    <w:uiPriority w:val="9"/>
    <w:qFormat/>
    <w:rsid w:val="00FC693F"/>
    <w:pPr>
      <w:keepNext/>
      <w:keepLines/>
      <w:spacing w:before="200" w:after="12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120" w:after="80"/>
      <w:outlineLvl w:val="1"/>
    </w:pPr>
    <w:rPr>
      <w:rFonts w:asciiTheme="majorHAnsi" w:eastAsiaTheme="majorEastAsia" w:hAnsiTheme="majorHAnsi" w:cstheme="majorBidi"/>
      <w:b/>
      <w:bCs/>
      <w:color w:val="4F81BD" w:themeColor="accent1"/>
      <w:sz w:val="23"/>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
    <w:next w:val="Normln"/>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v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437421">
      <w:bodyDiv w:val="1"/>
      <w:marLeft w:val="0"/>
      <w:marRight w:val="0"/>
      <w:marTop w:val="0"/>
      <w:marBottom w:val="0"/>
      <w:divBdr>
        <w:top w:val="none" w:sz="0" w:space="0" w:color="auto"/>
        <w:left w:val="none" w:sz="0" w:space="0" w:color="auto"/>
        <w:bottom w:val="none" w:sz="0" w:space="0" w:color="auto"/>
        <w:right w:val="none" w:sz="0" w:space="0" w:color="auto"/>
      </w:divBdr>
      <w:divsChild>
        <w:div w:id="1745372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94311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8B50B-BA37-4A26-B272-C57D31C30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17</Pages>
  <Words>7499</Words>
  <Characters>42747</Characters>
  <Application>Microsoft Office Word</Application>
  <DocSecurity>0</DocSecurity>
  <Lines>356</Lines>
  <Paragraphs>100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Všeobecné obchodní podmínky sarkaart.cz</vt:lpstr>
      <vt:lpstr/>
    </vt:vector>
  </TitlesOfParts>
  <Manager/>
  <Company/>
  <LinksUpToDate>false</LinksUpToDate>
  <CharactersWithSpaces>50146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Všeobecné obchodní podmínky sarkaart.cz</dc:title>
  <dc:subject>VOP internetového obchodu sarkaart.cz</dc:subject>
  <dc:creator>Mgr. Šárka Pham</dc:creator>
  <cp:keywords/>
  <dc:description>Finální textová verze po právním QA, 27. 8. 2026. Před publikací je nutný technický cross-check webu a ověření aktuální účinnosti připravované legislativy k online odstoupení.</dc:description>
  <cp:lastModifiedBy>Tuan</cp:lastModifiedBy>
  <cp:revision>17</cp:revision>
  <dcterms:created xsi:type="dcterms:W3CDTF">2013-12-23T23:15:00Z</dcterms:created>
  <dcterms:modified xsi:type="dcterms:W3CDTF">2026-08-31T07:32:00Z</dcterms:modified>
  <cp:category/>
</cp:coreProperties>
</file>